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7A9D0" w14:textId="77777777" w:rsidR="008F510F" w:rsidRPr="007F3D00" w:rsidRDefault="00000000">
      <w:pPr>
        <w:jc w:val="center"/>
        <w:rPr>
          <w:lang w:val="ru-RU"/>
        </w:rPr>
      </w:pPr>
      <w:r w:rsidRPr="007F3D00">
        <w:rPr>
          <w:b/>
          <w:sz w:val="28"/>
          <w:lang w:val="ru-RU"/>
        </w:rPr>
        <w:t>СОГЛАСИЕ НА ПОЛУЧЕНИЕ ИНФОРМАЦИОННЫХ И РЕКЛАМНЫХ РАССЫЛОК</w:t>
      </w:r>
    </w:p>
    <w:p w14:paraId="36EA633F" w14:textId="77777777" w:rsidR="008F510F" w:rsidRPr="007F3D00" w:rsidRDefault="00000000">
      <w:pPr>
        <w:jc w:val="center"/>
        <w:rPr>
          <w:lang w:val="ru-RU"/>
        </w:rPr>
      </w:pPr>
      <w:r w:rsidRPr="007F3D00">
        <w:rPr>
          <w:i/>
          <w:lang w:val="ru-RU"/>
        </w:rPr>
        <w:t>АНО ДПО «Эксперт-Образование»</w:t>
      </w:r>
    </w:p>
    <w:p w14:paraId="58EE3F70" w14:textId="77777777" w:rsidR="008F510F" w:rsidRPr="007F3D00" w:rsidRDefault="008F510F">
      <w:pPr>
        <w:rPr>
          <w:lang w:val="ru-RU"/>
        </w:rPr>
      </w:pPr>
    </w:p>
    <w:p w14:paraId="17D04C30" w14:textId="15107CEF" w:rsidR="008F510F" w:rsidRPr="007F3D00" w:rsidRDefault="00000000" w:rsidP="007F3D00">
      <w:pPr>
        <w:jc w:val="both"/>
        <w:rPr>
          <w:lang w:val="ru-RU"/>
        </w:rPr>
      </w:pPr>
      <w:r w:rsidRPr="007F3D00">
        <w:rPr>
          <w:lang w:val="ru-RU"/>
        </w:rPr>
        <w:t>Я, _____________________________________________________________________</w:t>
      </w:r>
      <w:r w:rsidR="007F3D00">
        <w:rPr>
          <w:lang w:val="ru-RU"/>
        </w:rPr>
        <w:t>________</w:t>
      </w:r>
      <w:r w:rsidRPr="007F3D00">
        <w:rPr>
          <w:lang w:val="ru-RU"/>
        </w:rPr>
        <w:t>,</w:t>
      </w:r>
    </w:p>
    <w:p w14:paraId="2D077AFF" w14:textId="77777777" w:rsidR="008F510F" w:rsidRPr="007F3D00" w:rsidRDefault="00000000" w:rsidP="007F3D00">
      <w:pPr>
        <w:jc w:val="both"/>
        <w:rPr>
          <w:lang w:val="ru-RU"/>
        </w:rPr>
      </w:pPr>
      <w:r w:rsidRPr="007F3D00">
        <w:rPr>
          <w:lang w:val="ru-RU"/>
        </w:rPr>
        <w:t>контактный телефон: __________________, адрес электронной почты: __________________,</w:t>
      </w:r>
    </w:p>
    <w:p w14:paraId="13064CE6" w14:textId="34959ED6" w:rsidR="008F510F" w:rsidRPr="007F3D00" w:rsidRDefault="00000000" w:rsidP="007F3D00">
      <w:pPr>
        <w:jc w:val="both"/>
        <w:rPr>
          <w:lang w:val="ru-RU"/>
        </w:rPr>
      </w:pPr>
      <w:r w:rsidRPr="007F3D00">
        <w:rPr>
          <w:lang w:val="ru-RU"/>
        </w:rPr>
        <w:t>даю согласие АНО ДПО «Эксперт-Образование» на получение информационных сообщений и рекламных материалов об образовательных программах и мероприятиях организации.</w:t>
      </w:r>
    </w:p>
    <w:p w14:paraId="73C0D93C" w14:textId="77777777" w:rsidR="008F510F" w:rsidRPr="007F3D00" w:rsidRDefault="00000000">
      <w:pPr>
        <w:spacing w:before="200"/>
        <w:rPr>
          <w:lang w:val="ru-RU"/>
        </w:rPr>
      </w:pPr>
      <w:r w:rsidRPr="007F3D00">
        <w:rPr>
          <w:b/>
          <w:lang w:val="ru-RU"/>
        </w:rPr>
        <w:t>Каналы направления сообщений</w:t>
      </w:r>
    </w:p>
    <w:p w14:paraId="485AD027" w14:textId="77777777" w:rsidR="008F510F" w:rsidRPr="007F3D00" w:rsidRDefault="00000000">
      <w:pPr>
        <w:ind w:firstLine="709"/>
        <w:jc w:val="both"/>
        <w:rPr>
          <w:lang w:val="ru-RU"/>
        </w:rPr>
      </w:pPr>
      <w:r w:rsidRPr="007F3D00">
        <w:rPr>
          <w:lang w:val="ru-RU"/>
        </w:rPr>
        <w:t xml:space="preserve">Электронная почта, сообщения в мессенджерах, </w:t>
      </w:r>
      <w:r>
        <w:t>SMS</w:t>
      </w:r>
      <w:r w:rsidRPr="007F3D00">
        <w:rPr>
          <w:lang w:val="ru-RU"/>
        </w:rPr>
        <w:t>-сообщения, телефонные звонки.</w:t>
      </w:r>
    </w:p>
    <w:p w14:paraId="5EF03DA9" w14:textId="77777777" w:rsidR="008F510F" w:rsidRPr="007F3D00" w:rsidRDefault="00000000">
      <w:pPr>
        <w:spacing w:before="200"/>
        <w:rPr>
          <w:lang w:val="ru-RU"/>
        </w:rPr>
      </w:pPr>
      <w:r w:rsidRPr="007F3D00">
        <w:rPr>
          <w:b/>
          <w:lang w:val="ru-RU"/>
        </w:rPr>
        <w:t>Условия</w:t>
      </w:r>
    </w:p>
    <w:p w14:paraId="417A5FE6" w14:textId="77777777" w:rsidR="008F510F" w:rsidRPr="007F3D00" w:rsidRDefault="00000000">
      <w:pPr>
        <w:ind w:firstLine="709"/>
        <w:jc w:val="both"/>
        <w:rPr>
          <w:lang w:val="ru-RU"/>
        </w:rPr>
      </w:pPr>
      <w:r w:rsidRPr="007F3D00">
        <w:rPr>
          <w:lang w:val="ru-RU"/>
        </w:rPr>
        <w:t>Согласие даётся добровольно и не является условием оказания образовательных услуг.</w:t>
      </w:r>
    </w:p>
    <w:p w14:paraId="0EBDDCCA" w14:textId="77777777" w:rsidR="008F510F" w:rsidRPr="007F3D00" w:rsidRDefault="00000000">
      <w:pPr>
        <w:ind w:firstLine="709"/>
        <w:jc w:val="both"/>
        <w:rPr>
          <w:lang w:val="ru-RU"/>
        </w:rPr>
      </w:pPr>
      <w:r w:rsidRPr="007F3D00">
        <w:rPr>
          <w:lang w:val="ru-RU"/>
        </w:rPr>
        <w:t>Согласие действует до его отзыва.</w:t>
      </w:r>
    </w:p>
    <w:p w14:paraId="24CBE9E1" w14:textId="030AF50F" w:rsidR="008F510F" w:rsidRDefault="00000000">
      <w:pPr>
        <w:ind w:firstLine="709"/>
        <w:jc w:val="both"/>
        <w:rPr>
          <w:lang w:val="ru-RU"/>
        </w:rPr>
      </w:pPr>
      <w:r w:rsidRPr="007F3D00">
        <w:rPr>
          <w:lang w:val="ru-RU"/>
        </w:rPr>
        <w:t xml:space="preserve">Отказаться от получения рассылок можно в любой момент по ссылке в письме либо направив заявление по адресу </w:t>
      </w:r>
      <w:hyperlink r:id="rId6" w:history="1">
        <w:r w:rsidR="007F3D00" w:rsidRPr="00E8510E">
          <w:rPr>
            <w:rStyle w:val="aff8"/>
          </w:rPr>
          <w:t>expert</w:t>
        </w:r>
        <w:r w:rsidR="007F3D00" w:rsidRPr="007F3D00">
          <w:rPr>
            <w:rStyle w:val="aff8"/>
            <w:lang w:val="ru-RU"/>
          </w:rPr>
          <w:t>-</w:t>
        </w:r>
        <w:r w:rsidR="007F3D00" w:rsidRPr="00E8510E">
          <w:rPr>
            <w:rStyle w:val="aff8"/>
          </w:rPr>
          <w:t>education</w:t>
        </w:r>
        <w:r w:rsidR="007F3D00" w:rsidRPr="007F3D00">
          <w:rPr>
            <w:rStyle w:val="aff8"/>
            <w:lang w:val="ru-RU"/>
          </w:rPr>
          <w:t>@</w:t>
        </w:r>
        <w:r w:rsidR="007F3D00" w:rsidRPr="00E8510E">
          <w:rPr>
            <w:rStyle w:val="aff8"/>
          </w:rPr>
          <w:t>mail</w:t>
        </w:r>
        <w:r w:rsidR="007F3D00" w:rsidRPr="007F3D00">
          <w:rPr>
            <w:rStyle w:val="aff8"/>
            <w:lang w:val="ru-RU"/>
          </w:rPr>
          <w:t>.</w:t>
        </w:r>
        <w:proofErr w:type="spellStart"/>
        <w:r w:rsidR="007F3D00" w:rsidRPr="00E8510E">
          <w:rPr>
            <w:rStyle w:val="aff8"/>
          </w:rPr>
          <w:t>ru</w:t>
        </w:r>
        <w:proofErr w:type="spellEnd"/>
      </w:hyperlink>
      <w:r w:rsidRPr="007F3D00">
        <w:rPr>
          <w:lang w:val="ru-RU"/>
        </w:rPr>
        <w:t>.</w:t>
      </w:r>
    </w:p>
    <w:p w14:paraId="015D3C94" w14:textId="77777777" w:rsidR="007F3D00" w:rsidRDefault="007F3D00">
      <w:pPr>
        <w:ind w:firstLine="709"/>
        <w:jc w:val="both"/>
        <w:rPr>
          <w:lang w:val="ru-RU"/>
        </w:rPr>
      </w:pPr>
    </w:p>
    <w:p w14:paraId="469AF11F" w14:textId="77777777" w:rsidR="007F3D00" w:rsidRDefault="007F3D00">
      <w:pPr>
        <w:ind w:firstLine="709"/>
        <w:jc w:val="both"/>
        <w:rPr>
          <w:lang w:val="ru-RU"/>
        </w:rPr>
      </w:pPr>
    </w:p>
    <w:p w14:paraId="29842E05" w14:textId="77777777" w:rsidR="007F3D00" w:rsidRDefault="007F3D00">
      <w:pPr>
        <w:ind w:firstLine="709"/>
        <w:jc w:val="both"/>
        <w:rPr>
          <w:lang w:val="ru-RU"/>
        </w:rPr>
      </w:pPr>
    </w:p>
    <w:p w14:paraId="70B39DEE" w14:textId="77777777" w:rsidR="007F3D00" w:rsidRDefault="007F3D00">
      <w:pPr>
        <w:ind w:firstLine="709"/>
        <w:jc w:val="both"/>
        <w:rPr>
          <w:lang w:val="ru-RU"/>
        </w:rPr>
      </w:pPr>
    </w:p>
    <w:p w14:paraId="0BE44768" w14:textId="77777777" w:rsidR="007F3D00" w:rsidRPr="007F3D00" w:rsidRDefault="007F3D00" w:rsidP="007F3D00">
      <w:pPr>
        <w:spacing w:after="0"/>
        <w:rPr>
          <w:szCs w:val="24"/>
          <w:lang w:val="ru-RU"/>
        </w:rPr>
      </w:pPr>
      <w:r w:rsidRPr="007F3D00">
        <w:rPr>
          <w:b/>
          <w:szCs w:val="24"/>
          <w:lang w:val="ru-RU"/>
        </w:rPr>
        <w:t xml:space="preserve">Дата: </w:t>
      </w:r>
      <w:r w:rsidRPr="007F3D00">
        <w:rPr>
          <w:szCs w:val="24"/>
          <w:lang w:val="ru-RU"/>
        </w:rPr>
        <w:t>«___» ______________ 20___ г.</w:t>
      </w:r>
      <w:r w:rsidRPr="007F3D00">
        <w:rPr>
          <w:b/>
          <w:szCs w:val="24"/>
          <w:lang w:val="ru-RU"/>
        </w:rPr>
        <w:tab/>
        <w:t>Подпись:</w:t>
      </w:r>
      <w:r w:rsidRPr="007F3D00">
        <w:rPr>
          <w:szCs w:val="24"/>
          <w:lang w:val="ru-RU"/>
        </w:rPr>
        <w:t xml:space="preserve"> ______________ / ___________________ /</w:t>
      </w:r>
    </w:p>
    <w:p w14:paraId="2B73933D" w14:textId="77777777" w:rsidR="007F3D00" w:rsidRPr="007F3D00" w:rsidRDefault="007F3D00">
      <w:pPr>
        <w:ind w:firstLine="709"/>
        <w:jc w:val="both"/>
        <w:rPr>
          <w:lang w:val="ru-RU"/>
        </w:rPr>
      </w:pPr>
    </w:p>
    <w:sectPr w:rsidR="007F3D00" w:rsidRPr="007F3D00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4052025">
    <w:abstractNumId w:val="8"/>
  </w:num>
  <w:num w:numId="2" w16cid:durableId="219634551">
    <w:abstractNumId w:val="6"/>
  </w:num>
  <w:num w:numId="3" w16cid:durableId="2102529622">
    <w:abstractNumId w:val="5"/>
  </w:num>
  <w:num w:numId="4" w16cid:durableId="1301230325">
    <w:abstractNumId w:val="4"/>
  </w:num>
  <w:num w:numId="5" w16cid:durableId="369964343">
    <w:abstractNumId w:val="7"/>
  </w:num>
  <w:num w:numId="6" w16cid:durableId="2128549459">
    <w:abstractNumId w:val="3"/>
  </w:num>
  <w:num w:numId="7" w16cid:durableId="1827428449">
    <w:abstractNumId w:val="2"/>
  </w:num>
  <w:num w:numId="8" w16cid:durableId="68158985">
    <w:abstractNumId w:val="1"/>
  </w:num>
  <w:num w:numId="9" w16cid:durableId="128392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F3D00"/>
    <w:rsid w:val="008F06CF"/>
    <w:rsid w:val="008F510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8A37F4"/>
  <w14:defaultImageDpi w14:val="300"/>
  <w15:docId w15:val="{50EF38B5-C934-4BC4-A1AA-3E52D4BB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7F3D00"/>
    <w:rPr>
      <w:color w:val="0000FF" w:themeColor="hyperlink"/>
      <w:u w:val="single"/>
    </w:rPr>
  </w:style>
  <w:style w:type="character" w:styleId="aff9">
    <w:name w:val="Unresolved Mention"/>
    <w:basedOn w:val="a2"/>
    <w:uiPriority w:val="99"/>
    <w:semiHidden/>
    <w:unhideWhenUsed/>
    <w:rsid w:val="007F3D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xpert-educatio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keen keen</cp:lastModifiedBy>
  <cp:revision>2</cp:revision>
  <dcterms:created xsi:type="dcterms:W3CDTF">2013-12-23T23:15:00Z</dcterms:created>
  <dcterms:modified xsi:type="dcterms:W3CDTF">2026-08-05T09:03:00Z</dcterms:modified>
  <cp:category/>
</cp:coreProperties>
</file>