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D8DA7" w14:textId="77777777" w:rsidR="00871C0F" w:rsidRPr="009E7B50" w:rsidRDefault="00871C0F" w:rsidP="00871C0F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Генеральному директору</w:t>
      </w:r>
    </w:p>
    <w:p w14:paraId="6D30445D" w14:textId="77777777" w:rsidR="00871C0F" w:rsidRPr="009E7B50" w:rsidRDefault="00871C0F" w:rsidP="00871C0F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АНО ДПО «Эксперт-Образование»</w:t>
      </w:r>
    </w:p>
    <w:p w14:paraId="6FBB97FF" w14:textId="77777777" w:rsidR="00871C0F" w:rsidRPr="009E7B50" w:rsidRDefault="00871C0F" w:rsidP="00871C0F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Ереминой Е. Б.</w:t>
      </w:r>
    </w:p>
    <w:p w14:paraId="0AC3075A" w14:textId="77777777" w:rsidR="00871C0F" w:rsidRPr="009E7B50" w:rsidRDefault="00871C0F" w:rsidP="00871C0F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от ________________________________</w:t>
      </w:r>
      <w:r>
        <w:rPr>
          <w:lang w:val="ru-RU"/>
        </w:rPr>
        <w:t>_</w:t>
      </w:r>
    </w:p>
    <w:p w14:paraId="76FDC8F4" w14:textId="77777777" w:rsidR="00871C0F" w:rsidRPr="009E7B50" w:rsidRDefault="00871C0F" w:rsidP="00871C0F">
      <w:pPr>
        <w:spacing w:after="0"/>
        <w:ind w:left="5670"/>
        <w:jc w:val="both"/>
        <w:rPr>
          <w:sz w:val="20"/>
          <w:szCs w:val="20"/>
          <w:lang w:val="ru-RU"/>
        </w:rPr>
      </w:pPr>
      <w:r w:rsidRPr="009E7B50">
        <w:rPr>
          <w:sz w:val="20"/>
          <w:szCs w:val="20"/>
          <w:lang w:val="ru-RU"/>
        </w:rPr>
        <w:t>(фамилия, имя, отчество полностью)</w:t>
      </w:r>
    </w:p>
    <w:p w14:paraId="011340DD" w14:textId="77777777" w:rsidR="00871C0F" w:rsidRDefault="00871C0F" w:rsidP="00871C0F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дата рождения:</w:t>
      </w:r>
      <w:r>
        <w:rPr>
          <w:lang w:val="ru-RU"/>
        </w:rPr>
        <w:t xml:space="preserve"> ___________________</w:t>
      </w:r>
    </w:p>
    <w:p w14:paraId="5AAC1A74" w14:textId="77777777" w:rsidR="00871C0F" w:rsidRDefault="00871C0F" w:rsidP="00871C0F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адрес регистрации:</w:t>
      </w:r>
      <w:r>
        <w:rPr>
          <w:lang w:val="ru-RU"/>
        </w:rPr>
        <w:t xml:space="preserve"> ________________</w:t>
      </w:r>
    </w:p>
    <w:p w14:paraId="177FA884" w14:textId="77777777" w:rsidR="00871C0F" w:rsidRPr="009E7B50" w:rsidRDefault="00871C0F" w:rsidP="00871C0F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______________________________</w:t>
      </w:r>
      <w:r>
        <w:rPr>
          <w:lang w:val="ru-RU"/>
        </w:rPr>
        <w:t>___</w:t>
      </w:r>
    </w:p>
    <w:p w14:paraId="17707CC3" w14:textId="77777777" w:rsidR="00871C0F" w:rsidRDefault="00871C0F" w:rsidP="00871C0F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телефон: ________________</w:t>
      </w:r>
    </w:p>
    <w:p w14:paraId="516F1024" w14:textId="77777777" w:rsidR="00871C0F" w:rsidRPr="009E7B50" w:rsidRDefault="00871C0F" w:rsidP="00871C0F">
      <w:pPr>
        <w:spacing w:after="0"/>
        <w:ind w:left="5670"/>
        <w:jc w:val="both"/>
        <w:rPr>
          <w:lang w:val="ru-RU"/>
        </w:rPr>
      </w:pPr>
      <w:r>
        <w:t>e</w:t>
      </w:r>
      <w:r w:rsidRPr="009E7B50">
        <w:rPr>
          <w:lang w:val="ru-RU"/>
        </w:rPr>
        <w:t>-</w:t>
      </w:r>
      <w:r>
        <w:t>mail</w:t>
      </w:r>
      <w:r w:rsidRPr="009E7B50">
        <w:rPr>
          <w:lang w:val="ru-RU"/>
        </w:rPr>
        <w:t>: ________________</w:t>
      </w:r>
      <w:r>
        <w:rPr>
          <w:lang w:val="ru-RU"/>
        </w:rPr>
        <w:t>__</w:t>
      </w:r>
    </w:p>
    <w:p w14:paraId="7E19CBFD" w14:textId="77777777" w:rsidR="00871C0F" w:rsidRDefault="00871C0F">
      <w:pPr>
        <w:jc w:val="center"/>
        <w:rPr>
          <w:b/>
          <w:sz w:val="28"/>
          <w:lang w:val="ru-RU"/>
        </w:rPr>
      </w:pPr>
    </w:p>
    <w:p w14:paraId="3B6A0065" w14:textId="7B19722F" w:rsidR="00254A18" w:rsidRPr="00871C0F" w:rsidRDefault="00871C0F">
      <w:pPr>
        <w:jc w:val="center"/>
        <w:rPr>
          <w:lang w:val="ru-RU"/>
        </w:rPr>
      </w:pPr>
      <w:r w:rsidRPr="00871C0F">
        <w:rPr>
          <w:b/>
          <w:sz w:val="28"/>
          <w:lang w:val="ru-RU"/>
        </w:rPr>
        <w:t>Заявление о расторжении договора и возврате денежных средств</w:t>
      </w:r>
    </w:p>
    <w:p w14:paraId="6C9DE7D9" w14:textId="77777777" w:rsidR="00254A18" w:rsidRPr="00871C0F" w:rsidRDefault="00000000">
      <w:pPr>
        <w:jc w:val="center"/>
        <w:rPr>
          <w:lang w:val="ru-RU"/>
        </w:rPr>
      </w:pPr>
      <w:r w:rsidRPr="00871C0F">
        <w:rPr>
          <w:i/>
          <w:lang w:val="ru-RU"/>
        </w:rPr>
        <w:t>АНО ДПО «Эксперт-Образование»</w:t>
      </w:r>
    </w:p>
    <w:p w14:paraId="6A8A6680" w14:textId="77777777" w:rsidR="00871C0F" w:rsidRDefault="00871C0F">
      <w:pPr>
        <w:ind w:firstLine="709"/>
        <w:jc w:val="both"/>
        <w:rPr>
          <w:lang w:val="ru-RU"/>
        </w:rPr>
      </w:pPr>
    </w:p>
    <w:p w14:paraId="7C84A4E3" w14:textId="118848FF" w:rsidR="00254A18" w:rsidRPr="00871C0F" w:rsidRDefault="00000000" w:rsidP="00871C0F">
      <w:pPr>
        <w:spacing w:after="0"/>
        <w:ind w:firstLine="709"/>
        <w:jc w:val="both"/>
        <w:rPr>
          <w:lang w:val="ru-RU"/>
        </w:rPr>
      </w:pPr>
      <w:r w:rsidRPr="00871C0F">
        <w:rPr>
          <w:lang w:val="ru-RU"/>
        </w:rPr>
        <w:t>Прошу расторгнуть договор об образовании № ________ от «___» __________ 20___ г. на обучение по образовательной программе</w:t>
      </w:r>
      <w:r w:rsidR="00871C0F">
        <w:rPr>
          <w:lang w:val="ru-RU"/>
        </w:rPr>
        <w:t xml:space="preserve"> __________________________________________ </w:t>
      </w:r>
      <w:r w:rsidRPr="00871C0F">
        <w:rPr>
          <w:lang w:val="ru-RU"/>
        </w:rPr>
        <w:t>____________________________________________ и возвратить денежные средства.</w:t>
      </w:r>
    </w:p>
    <w:p w14:paraId="638C823D" w14:textId="0F2903E3" w:rsidR="00871C0F" w:rsidRDefault="00000000" w:rsidP="00871C0F">
      <w:pPr>
        <w:spacing w:after="0"/>
        <w:ind w:firstLine="709"/>
        <w:jc w:val="both"/>
        <w:rPr>
          <w:lang w:val="ru-RU"/>
        </w:rPr>
      </w:pPr>
      <w:r w:rsidRPr="00871C0F">
        <w:rPr>
          <w:lang w:val="ru-RU"/>
        </w:rPr>
        <w:t>Причина расторжения:</w:t>
      </w:r>
      <w:r w:rsidR="00871C0F">
        <w:rPr>
          <w:lang w:val="ru-RU"/>
        </w:rPr>
        <w:t xml:space="preserve"> ______________________________________________________</w:t>
      </w:r>
    </w:p>
    <w:p w14:paraId="07B68950" w14:textId="11A8BA28" w:rsidR="00254A18" w:rsidRPr="00871C0F" w:rsidRDefault="00000000" w:rsidP="00871C0F">
      <w:pPr>
        <w:spacing w:after="0"/>
        <w:ind w:firstLine="709"/>
        <w:jc w:val="both"/>
        <w:rPr>
          <w:lang w:val="ru-RU"/>
        </w:rPr>
      </w:pPr>
      <w:r w:rsidRPr="00871C0F">
        <w:rPr>
          <w:lang w:val="ru-RU"/>
        </w:rPr>
        <w:t>___________________________________________________________</w:t>
      </w:r>
      <w:r w:rsidR="00871C0F">
        <w:rPr>
          <w:lang w:val="ru-RU"/>
        </w:rPr>
        <w:t>_______________</w:t>
      </w:r>
      <w:r w:rsidRPr="00871C0F">
        <w:rPr>
          <w:lang w:val="ru-RU"/>
        </w:rPr>
        <w:t>.</w:t>
      </w:r>
    </w:p>
    <w:p w14:paraId="00BE6475" w14:textId="1C4B5C99" w:rsidR="00254A18" w:rsidRPr="00871C0F" w:rsidRDefault="00000000" w:rsidP="00871C0F">
      <w:pPr>
        <w:spacing w:after="0"/>
        <w:ind w:firstLine="709"/>
        <w:jc w:val="both"/>
        <w:rPr>
          <w:lang w:val="ru-RU"/>
        </w:rPr>
      </w:pPr>
      <w:r w:rsidRPr="00871C0F">
        <w:rPr>
          <w:lang w:val="ru-RU"/>
        </w:rPr>
        <w:t>Оплачено по договору: _________</w:t>
      </w:r>
      <w:r w:rsidR="00871C0F">
        <w:rPr>
          <w:lang w:val="ru-RU"/>
        </w:rPr>
        <w:t xml:space="preserve"> руб. 00 коп.</w:t>
      </w:r>
      <w:r w:rsidRPr="00871C0F">
        <w:rPr>
          <w:lang w:val="ru-RU"/>
        </w:rPr>
        <w:t xml:space="preserve"> </w:t>
      </w:r>
      <w:r w:rsidR="00871C0F">
        <w:rPr>
          <w:lang w:val="ru-RU"/>
        </w:rPr>
        <w:t xml:space="preserve">(___________________________ </w:t>
      </w:r>
      <w:r w:rsidRPr="00871C0F">
        <w:rPr>
          <w:lang w:val="ru-RU"/>
        </w:rPr>
        <w:t>руб</w:t>
      </w:r>
      <w:r w:rsidR="00871C0F">
        <w:rPr>
          <w:lang w:val="ru-RU"/>
        </w:rPr>
        <w:t>ле</w:t>
      </w:r>
      <w:r w:rsidRPr="00871C0F">
        <w:rPr>
          <w:lang w:val="ru-RU"/>
        </w:rPr>
        <w:t>й</w:t>
      </w:r>
      <w:r w:rsidR="00871C0F">
        <w:rPr>
          <w:lang w:val="ru-RU"/>
        </w:rPr>
        <w:t>, 00 копеек)</w:t>
      </w:r>
      <w:r w:rsidRPr="00871C0F">
        <w:rPr>
          <w:lang w:val="ru-RU"/>
        </w:rPr>
        <w:t xml:space="preserve">. </w:t>
      </w:r>
      <w:r w:rsidR="00871C0F">
        <w:rPr>
          <w:lang w:val="ru-RU"/>
        </w:rPr>
        <w:t xml:space="preserve"> </w:t>
      </w:r>
      <w:r w:rsidRPr="00871C0F">
        <w:rPr>
          <w:lang w:val="ru-RU"/>
        </w:rPr>
        <w:t xml:space="preserve">Дата оплаты: </w:t>
      </w:r>
      <w:r w:rsidR="00871C0F" w:rsidRPr="009E7B50">
        <w:rPr>
          <w:lang w:val="ru-RU"/>
        </w:rPr>
        <w:t>«___» ______________ 20___ г.</w:t>
      </w:r>
    </w:p>
    <w:p w14:paraId="11A5F9FB" w14:textId="77777777" w:rsidR="00871C0F" w:rsidRDefault="00000000" w:rsidP="00871C0F">
      <w:pPr>
        <w:spacing w:after="0"/>
        <w:ind w:firstLine="709"/>
        <w:jc w:val="both"/>
        <w:rPr>
          <w:lang w:val="ru-RU"/>
        </w:rPr>
      </w:pPr>
      <w:r w:rsidRPr="00871C0F">
        <w:rPr>
          <w:lang w:val="ru-RU"/>
        </w:rPr>
        <w:t>Реквизиты для возврата</w:t>
      </w:r>
      <w:r w:rsidR="00871C0F">
        <w:rPr>
          <w:lang w:val="ru-RU"/>
        </w:rPr>
        <w:t xml:space="preserve">: </w:t>
      </w:r>
    </w:p>
    <w:p w14:paraId="227AD327" w14:textId="2FF32DD9" w:rsidR="00871C0F" w:rsidRDefault="00871C0F" w:rsidP="00871C0F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Получатель _______________________________________________________________</w:t>
      </w:r>
    </w:p>
    <w:p w14:paraId="00FF6039" w14:textId="422E2565" w:rsidR="00871C0F" w:rsidRDefault="00871C0F" w:rsidP="00871C0F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>ИНН ______________________,</w:t>
      </w:r>
    </w:p>
    <w:p w14:paraId="1255B61D" w14:textId="38E3854D" w:rsidR="00871C0F" w:rsidRDefault="00871C0F" w:rsidP="00871C0F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 xml:space="preserve">Банк _____________________________________________________________________, </w:t>
      </w:r>
    </w:p>
    <w:p w14:paraId="69199E55" w14:textId="74A1E540" w:rsidR="00871C0F" w:rsidRDefault="00871C0F" w:rsidP="00871C0F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 xml:space="preserve">БИК_______________, </w:t>
      </w:r>
    </w:p>
    <w:p w14:paraId="3CE1F2FA" w14:textId="45FA1E69" w:rsidR="00871C0F" w:rsidRDefault="00871C0F" w:rsidP="00871C0F">
      <w:pPr>
        <w:spacing w:after="0"/>
        <w:ind w:firstLine="709"/>
        <w:jc w:val="both"/>
        <w:rPr>
          <w:lang w:val="ru-RU"/>
        </w:rPr>
      </w:pPr>
      <w:r>
        <w:rPr>
          <w:lang w:val="ru-RU"/>
        </w:rPr>
        <w:t xml:space="preserve">р/с _____________________, </w:t>
      </w:r>
    </w:p>
    <w:p w14:paraId="0AA28364" w14:textId="77777777" w:rsidR="00871C0F" w:rsidRDefault="00871C0F">
      <w:pPr>
        <w:spacing w:before="200"/>
        <w:rPr>
          <w:b/>
          <w:lang w:val="ru-RU"/>
        </w:rPr>
      </w:pPr>
    </w:p>
    <w:p w14:paraId="3B58E2A5" w14:textId="77777777" w:rsidR="00871C0F" w:rsidRDefault="00871C0F" w:rsidP="00871C0F">
      <w:pPr>
        <w:spacing w:after="0"/>
        <w:rPr>
          <w:b/>
          <w:lang w:val="ru-RU"/>
        </w:rPr>
      </w:pPr>
    </w:p>
    <w:p w14:paraId="601E90A6" w14:textId="77777777" w:rsidR="00871C0F" w:rsidRDefault="00871C0F" w:rsidP="00871C0F">
      <w:pPr>
        <w:spacing w:after="0"/>
        <w:rPr>
          <w:b/>
          <w:lang w:val="ru-RU"/>
        </w:rPr>
      </w:pPr>
    </w:p>
    <w:p w14:paraId="09FF9BA0" w14:textId="77777777" w:rsidR="00871C0F" w:rsidRDefault="00871C0F" w:rsidP="00871C0F">
      <w:pPr>
        <w:spacing w:after="0"/>
        <w:rPr>
          <w:b/>
          <w:lang w:val="ru-RU"/>
        </w:rPr>
      </w:pPr>
    </w:p>
    <w:p w14:paraId="742320DC" w14:textId="6667E8BF" w:rsidR="00871C0F" w:rsidRPr="009E7B50" w:rsidRDefault="00871C0F" w:rsidP="00871C0F">
      <w:pPr>
        <w:spacing w:after="0"/>
        <w:rPr>
          <w:lang w:val="ru-RU"/>
        </w:rPr>
      </w:pPr>
      <w:r>
        <w:rPr>
          <w:b/>
          <w:lang w:val="ru-RU"/>
        </w:rPr>
        <w:t xml:space="preserve">Дата: </w:t>
      </w:r>
      <w:r w:rsidRPr="009E7B50">
        <w:rPr>
          <w:lang w:val="ru-RU"/>
        </w:rPr>
        <w:t>«___» ______________ 20___ г.</w:t>
      </w:r>
      <w:r>
        <w:rPr>
          <w:b/>
          <w:lang w:val="ru-RU"/>
        </w:rPr>
        <w:tab/>
      </w:r>
      <w:proofErr w:type="gramStart"/>
      <w:r w:rsidRPr="009E7B50">
        <w:rPr>
          <w:b/>
          <w:lang w:val="ru-RU"/>
        </w:rPr>
        <w:t>Подпись</w:t>
      </w:r>
      <w:r w:rsidRPr="009E7B50">
        <w:rPr>
          <w:lang w:val="ru-RU"/>
        </w:rPr>
        <w:t xml:space="preserve">  _</w:t>
      </w:r>
      <w:proofErr w:type="gramEnd"/>
      <w:r w:rsidRPr="009E7B50">
        <w:rPr>
          <w:lang w:val="ru-RU"/>
        </w:rPr>
        <w:t>_____________ / ___________________ /</w:t>
      </w:r>
    </w:p>
    <w:p w14:paraId="6CAA604C" w14:textId="01B0BBD9" w:rsidR="00254A18" w:rsidRDefault="00254A18" w:rsidP="00871C0F">
      <w:pPr>
        <w:ind w:firstLine="709"/>
        <w:jc w:val="both"/>
      </w:pPr>
    </w:p>
    <w:sectPr w:rsidR="00254A18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45962996">
    <w:abstractNumId w:val="8"/>
  </w:num>
  <w:num w:numId="2" w16cid:durableId="531186134">
    <w:abstractNumId w:val="6"/>
  </w:num>
  <w:num w:numId="3" w16cid:durableId="1376812070">
    <w:abstractNumId w:val="5"/>
  </w:num>
  <w:num w:numId="4" w16cid:durableId="309362340">
    <w:abstractNumId w:val="4"/>
  </w:num>
  <w:num w:numId="5" w16cid:durableId="1699041821">
    <w:abstractNumId w:val="7"/>
  </w:num>
  <w:num w:numId="6" w16cid:durableId="512644405">
    <w:abstractNumId w:val="3"/>
  </w:num>
  <w:num w:numId="7" w16cid:durableId="972711726">
    <w:abstractNumId w:val="2"/>
  </w:num>
  <w:num w:numId="8" w16cid:durableId="1158183935">
    <w:abstractNumId w:val="1"/>
  </w:num>
  <w:num w:numId="9" w16cid:durableId="1493640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54A18"/>
    <w:rsid w:val="0029639D"/>
    <w:rsid w:val="003007E7"/>
    <w:rsid w:val="00326F90"/>
    <w:rsid w:val="00871C0F"/>
    <w:rsid w:val="00AA1D8D"/>
    <w:rsid w:val="00B47730"/>
    <w:rsid w:val="00C73C61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BFAF8E"/>
  <w14:defaultImageDpi w14:val="300"/>
  <w15:docId w15:val="{293A8E92-4CBD-4E7D-B28A-7AE53F746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keen keen</cp:lastModifiedBy>
  <cp:revision>2</cp:revision>
  <dcterms:created xsi:type="dcterms:W3CDTF">2013-12-23T23:15:00Z</dcterms:created>
  <dcterms:modified xsi:type="dcterms:W3CDTF">2026-08-05T04:12:00Z</dcterms:modified>
  <cp:category/>
</cp:coreProperties>
</file>