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A873C" w14:textId="77777777" w:rsidR="008F08CD" w:rsidRPr="003F412E" w:rsidRDefault="00000000" w:rsidP="003F412E">
      <w:pPr>
        <w:spacing w:after="0"/>
        <w:jc w:val="center"/>
        <w:rPr>
          <w:szCs w:val="24"/>
          <w:lang w:val="ru-RU"/>
        </w:rPr>
      </w:pPr>
      <w:r w:rsidRPr="003F412E">
        <w:rPr>
          <w:b/>
          <w:szCs w:val="24"/>
          <w:lang w:val="ru-RU"/>
        </w:rPr>
        <w:t>СОГЛАСИЕ РАБОТНИКА НА ОБРАБОТКУ ПЕРСОНАЛЬНЫХ ДАННЫХ, РАЗРЕШЁННЫХ СУБЪЕКТОМ ДЛЯ РАСПРОСТРАНЕНИЯ</w:t>
      </w:r>
    </w:p>
    <w:p w14:paraId="57B2E58F" w14:textId="77777777" w:rsidR="008F08CD" w:rsidRPr="003F412E" w:rsidRDefault="00000000" w:rsidP="003F412E">
      <w:pPr>
        <w:spacing w:after="0"/>
        <w:jc w:val="center"/>
        <w:rPr>
          <w:szCs w:val="24"/>
          <w:lang w:val="ru-RU"/>
        </w:rPr>
      </w:pPr>
      <w:r w:rsidRPr="003F412E">
        <w:rPr>
          <w:i/>
          <w:szCs w:val="24"/>
          <w:lang w:val="ru-RU"/>
        </w:rPr>
        <w:t>АНО ДПО «Эксперт-Образование»</w:t>
      </w:r>
    </w:p>
    <w:p w14:paraId="051D73D9" w14:textId="77777777" w:rsidR="008F08CD" w:rsidRPr="003F412E" w:rsidRDefault="008F08CD" w:rsidP="003F412E">
      <w:pPr>
        <w:spacing w:after="0"/>
        <w:rPr>
          <w:szCs w:val="24"/>
          <w:lang w:val="ru-RU"/>
        </w:rPr>
      </w:pPr>
    </w:p>
    <w:p w14:paraId="3EB438B1" w14:textId="5DA2DC0C" w:rsidR="008F08CD" w:rsidRPr="003F412E" w:rsidRDefault="00000000" w:rsidP="003F412E">
      <w:pPr>
        <w:spacing w:after="0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Я, _____________________________________________________________________</w:t>
      </w:r>
      <w:r w:rsidR="003F412E" w:rsidRPr="003F412E">
        <w:rPr>
          <w:szCs w:val="24"/>
          <w:lang w:val="ru-RU"/>
        </w:rPr>
        <w:t>________</w:t>
      </w:r>
      <w:r w:rsidRPr="003F412E">
        <w:rPr>
          <w:szCs w:val="24"/>
          <w:lang w:val="ru-RU"/>
        </w:rPr>
        <w:t>,</w:t>
      </w:r>
    </w:p>
    <w:p w14:paraId="22EFBA2A" w14:textId="77777777" w:rsidR="008F08CD" w:rsidRPr="003F412E" w:rsidRDefault="00000000" w:rsidP="003F412E">
      <w:pPr>
        <w:spacing w:after="0"/>
        <w:ind w:firstLine="720"/>
        <w:jc w:val="both"/>
        <w:rPr>
          <w:sz w:val="16"/>
          <w:szCs w:val="16"/>
          <w:lang w:val="ru-RU"/>
        </w:rPr>
      </w:pPr>
      <w:r w:rsidRPr="003F412E">
        <w:rPr>
          <w:sz w:val="16"/>
          <w:szCs w:val="16"/>
          <w:lang w:val="ru-RU"/>
        </w:rPr>
        <w:t>(фамилия, имя, отчество полностью)</w:t>
      </w:r>
    </w:p>
    <w:p w14:paraId="61C5AB42" w14:textId="77777777" w:rsidR="008F08CD" w:rsidRPr="003F412E" w:rsidRDefault="00000000" w:rsidP="003F412E">
      <w:pPr>
        <w:spacing w:after="0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контактный телефон: __________________, адрес электронной почты: __________________,</w:t>
      </w:r>
    </w:p>
    <w:p w14:paraId="7747E02F" w14:textId="29BB1D1A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 xml:space="preserve">даю согласие АНО ДПО «Эксперт-Образование» (ИНН 4205430058, адрес: 650023, Кемеровская область — Кузбасс, г. Кемерово, пр-кт Октябрьский, д. 83, кв. 83) на обработку моих персональных данных, разрешённых мною для распространения, в целях размещения сведений о педагогических работниках на официальном сайте организации </w:t>
      </w:r>
      <w:r w:rsidRPr="003F412E">
        <w:rPr>
          <w:szCs w:val="24"/>
        </w:rPr>
        <w:t>https</w:t>
      </w:r>
      <w:r w:rsidRPr="003F412E">
        <w:rPr>
          <w:szCs w:val="24"/>
          <w:lang w:val="ru-RU"/>
        </w:rPr>
        <w:t>://эо42.рф в соответствии с требованиями статьи 29 Федерального закона от 29.12.2012 № 273-ФЗ.</w:t>
      </w:r>
    </w:p>
    <w:p w14:paraId="1B7069C8" w14:textId="77777777" w:rsidR="008F08CD" w:rsidRPr="003F412E" w:rsidRDefault="00000000" w:rsidP="003F412E">
      <w:pPr>
        <w:spacing w:after="0"/>
        <w:rPr>
          <w:szCs w:val="24"/>
          <w:lang w:val="ru-RU"/>
        </w:rPr>
      </w:pPr>
      <w:r w:rsidRPr="003F412E">
        <w:rPr>
          <w:b/>
          <w:szCs w:val="24"/>
          <w:lang w:val="ru-RU"/>
        </w:rPr>
        <w:t>Сведения, разрешённые для распространения</w:t>
      </w:r>
    </w:p>
    <w:p w14:paraId="4296D720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Фамилия, имя, отчество — разрешаю / не разрешаю (нужное подчеркнуть).</w:t>
      </w:r>
    </w:p>
    <w:p w14:paraId="2FC7CCAE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Занимаемая должность — разрешаю / не разрешаю.</w:t>
      </w:r>
    </w:p>
    <w:p w14:paraId="1F03F1D3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Преподаваемые учебные предметы, курсы, дисциплины — разрешаю / не разрешаю.</w:t>
      </w:r>
    </w:p>
    <w:p w14:paraId="7560F17C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Уровень образования, направление подготовки, специальность, квалификация — разрешаю / не разрешаю.</w:t>
      </w:r>
    </w:p>
    <w:p w14:paraId="231D06FA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Учёная степень, учёное звание — разрешаю / не разрешаю.</w:t>
      </w:r>
    </w:p>
    <w:p w14:paraId="2BA17213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Сведения о повышении квалификации за последние три года и о профессиональной переподготовке — разрешаю / не разрешаю.</w:t>
      </w:r>
    </w:p>
    <w:p w14:paraId="6BA200CA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Сведения о продолжительности опыта (лет) работы в профессиональной сфере, соответствующей преподаваемым дисциплинам, — разрешаю / не разрешаю.</w:t>
      </w:r>
    </w:p>
    <w:p w14:paraId="410546EF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Наименование образовательных программ, в реализации которых участвую, — разрешаю / не разрешаю.</w:t>
      </w:r>
    </w:p>
    <w:p w14:paraId="027F1AEA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Фотографическое изображение — разрешаю / не разрешаю.</w:t>
      </w:r>
    </w:p>
    <w:p w14:paraId="61383F8C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Сведения о наградах и достижениях — разрешаю / не разрешаю.</w:t>
      </w:r>
    </w:p>
    <w:p w14:paraId="45EAD513" w14:textId="77777777" w:rsidR="008F08CD" w:rsidRPr="003F412E" w:rsidRDefault="00000000" w:rsidP="003F412E">
      <w:pPr>
        <w:spacing w:after="0"/>
        <w:rPr>
          <w:szCs w:val="24"/>
          <w:lang w:val="ru-RU"/>
        </w:rPr>
      </w:pPr>
      <w:r w:rsidRPr="003F412E">
        <w:rPr>
          <w:b/>
          <w:szCs w:val="24"/>
          <w:lang w:val="ru-RU"/>
        </w:rPr>
        <w:t>Условия и запреты</w:t>
      </w:r>
    </w:p>
    <w:p w14:paraId="5CFD0401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Устанавливаю запрет на передачу указанных персональных данных неограниченному кругу лиц, за исключением их размещения на официальном сайте организации: ________________________</w:t>
      </w:r>
    </w:p>
    <w:p w14:paraId="718F8CDA" w14:textId="77777777" w:rsidR="008F08CD" w:rsidRPr="003F412E" w:rsidRDefault="00000000" w:rsidP="003F412E">
      <w:pPr>
        <w:spacing w:after="0"/>
        <w:jc w:val="both"/>
        <w:rPr>
          <w:sz w:val="16"/>
          <w:szCs w:val="16"/>
          <w:lang w:val="ru-RU"/>
        </w:rPr>
      </w:pPr>
      <w:r w:rsidRPr="003F412E">
        <w:rPr>
          <w:sz w:val="16"/>
          <w:szCs w:val="16"/>
          <w:lang w:val="ru-RU"/>
        </w:rPr>
        <w:t>(указать «устанавливаю» или «не устанавливаю»)</w:t>
      </w:r>
    </w:p>
    <w:p w14:paraId="2B1B7604" w14:textId="1E4398B6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Устанавливаю условия обработки:</w:t>
      </w:r>
      <w:r w:rsidR="003F412E">
        <w:rPr>
          <w:szCs w:val="24"/>
          <w:lang w:val="ru-RU"/>
        </w:rPr>
        <w:t xml:space="preserve"> </w:t>
      </w:r>
      <w:r w:rsidRPr="003F412E">
        <w:rPr>
          <w:szCs w:val="24"/>
          <w:lang w:val="ru-RU"/>
        </w:rPr>
        <w:t>________________________________________</w:t>
      </w:r>
    </w:p>
    <w:p w14:paraId="578B43CE" w14:textId="77777777" w:rsidR="008F08CD" w:rsidRPr="003F412E" w:rsidRDefault="00000000" w:rsidP="003F412E">
      <w:pPr>
        <w:spacing w:after="0"/>
        <w:ind w:firstLine="709"/>
        <w:jc w:val="both"/>
        <w:rPr>
          <w:sz w:val="16"/>
          <w:szCs w:val="16"/>
          <w:lang w:val="ru-RU"/>
        </w:rPr>
      </w:pPr>
      <w:r w:rsidRPr="003F412E">
        <w:rPr>
          <w:sz w:val="16"/>
          <w:szCs w:val="16"/>
          <w:lang w:val="ru-RU"/>
        </w:rPr>
        <w:t>(при наличии; если условий нет, указать «не устанавливаю»)</w:t>
      </w:r>
    </w:p>
    <w:p w14:paraId="14B51333" w14:textId="77777777" w:rsidR="008F08CD" w:rsidRPr="003F412E" w:rsidRDefault="00000000" w:rsidP="003F412E">
      <w:pPr>
        <w:spacing w:after="0"/>
        <w:rPr>
          <w:szCs w:val="24"/>
          <w:lang w:val="ru-RU"/>
        </w:rPr>
      </w:pPr>
      <w:r w:rsidRPr="003F412E">
        <w:rPr>
          <w:b/>
          <w:szCs w:val="24"/>
          <w:lang w:val="ru-RU"/>
        </w:rPr>
        <w:t>Срок действия согласия</w:t>
      </w:r>
    </w:p>
    <w:p w14:paraId="01AE4B72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>Согласие действует с даты подписания до его отзыва.</w:t>
      </w:r>
    </w:p>
    <w:p w14:paraId="16910592" w14:textId="77777777" w:rsidR="008F08CD" w:rsidRPr="003F412E" w:rsidRDefault="00000000" w:rsidP="003F412E">
      <w:pPr>
        <w:spacing w:after="0"/>
        <w:ind w:firstLine="709"/>
        <w:jc w:val="both"/>
        <w:rPr>
          <w:szCs w:val="24"/>
          <w:lang w:val="ru-RU"/>
        </w:rPr>
      </w:pPr>
      <w:r w:rsidRPr="003F412E">
        <w:rPr>
          <w:szCs w:val="24"/>
          <w:lang w:val="ru-RU"/>
        </w:rPr>
        <w:t xml:space="preserve">Согласие может быть отозвано в любое время путём направления заявления по адресу </w:t>
      </w:r>
      <w:r w:rsidRPr="003F412E">
        <w:rPr>
          <w:szCs w:val="24"/>
        </w:rPr>
        <w:t>expert</w:t>
      </w:r>
      <w:r w:rsidRPr="003F412E">
        <w:rPr>
          <w:szCs w:val="24"/>
          <w:lang w:val="ru-RU"/>
        </w:rPr>
        <w:t>-</w:t>
      </w:r>
      <w:r w:rsidRPr="003F412E">
        <w:rPr>
          <w:szCs w:val="24"/>
        </w:rPr>
        <w:t>education</w:t>
      </w:r>
      <w:r w:rsidRPr="003F412E">
        <w:rPr>
          <w:szCs w:val="24"/>
          <w:lang w:val="ru-RU"/>
        </w:rPr>
        <w:t>@</w:t>
      </w:r>
      <w:r w:rsidRPr="003F412E">
        <w:rPr>
          <w:szCs w:val="24"/>
        </w:rPr>
        <w:t>mail</w:t>
      </w:r>
      <w:r w:rsidRPr="003F412E">
        <w:rPr>
          <w:szCs w:val="24"/>
          <w:lang w:val="ru-RU"/>
        </w:rPr>
        <w:t>.</w:t>
      </w:r>
      <w:proofErr w:type="spellStart"/>
      <w:r w:rsidRPr="003F412E">
        <w:rPr>
          <w:szCs w:val="24"/>
        </w:rPr>
        <w:t>ru</w:t>
      </w:r>
      <w:proofErr w:type="spellEnd"/>
      <w:r w:rsidRPr="003F412E">
        <w:rPr>
          <w:szCs w:val="24"/>
          <w:lang w:val="ru-RU"/>
        </w:rPr>
        <w:t>. С момента получения заявления организация прекращает передачу персональных данных и удаляет сведения с сайта.</w:t>
      </w:r>
    </w:p>
    <w:p w14:paraId="1B00C30E" w14:textId="77777777" w:rsidR="003F412E" w:rsidRDefault="003F412E" w:rsidP="003F412E">
      <w:pPr>
        <w:spacing w:after="0"/>
        <w:jc w:val="both"/>
        <w:rPr>
          <w:szCs w:val="24"/>
          <w:lang w:val="ru-RU"/>
        </w:rPr>
      </w:pPr>
    </w:p>
    <w:p w14:paraId="7BCC5029" w14:textId="77777777" w:rsidR="003F412E" w:rsidRDefault="003F412E" w:rsidP="003F412E">
      <w:pPr>
        <w:spacing w:after="0"/>
        <w:jc w:val="both"/>
        <w:rPr>
          <w:szCs w:val="24"/>
          <w:lang w:val="ru-RU"/>
        </w:rPr>
      </w:pPr>
    </w:p>
    <w:p w14:paraId="02A795B6" w14:textId="77777777" w:rsidR="003F412E" w:rsidRPr="003F412E" w:rsidRDefault="003F412E" w:rsidP="003F412E">
      <w:pPr>
        <w:spacing w:after="0"/>
        <w:jc w:val="both"/>
        <w:rPr>
          <w:szCs w:val="24"/>
          <w:lang w:val="ru-RU"/>
        </w:rPr>
      </w:pPr>
    </w:p>
    <w:p w14:paraId="61B1049D" w14:textId="56BCE759" w:rsidR="003F412E" w:rsidRPr="00E40EFE" w:rsidRDefault="003F412E" w:rsidP="00E40EFE">
      <w:pPr>
        <w:spacing w:after="0"/>
        <w:rPr>
          <w:szCs w:val="24"/>
          <w:lang w:val="ru-RU"/>
        </w:rPr>
      </w:pPr>
      <w:r w:rsidRPr="003F412E">
        <w:rPr>
          <w:b/>
          <w:szCs w:val="24"/>
          <w:lang w:val="ru-RU"/>
        </w:rPr>
        <w:t xml:space="preserve">Дата: </w:t>
      </w:r>
      <w:r w:rsidRPr="003F412E">
        <w:rPr>
          <w:szCs w:val="24"/>
          <w:lang w:val="ru-RU"/>
        </w:rPr>
        <w:t>«___» ______________ 20___ г.</w:t>
      </w:r>
      <w:r w:rsidRPr="003F412E">
        <w:rPr>
          <w:b/>
          <w:szCs w:val="24"/>
          <w:lang w:val="ru-RU"/>
        </w:rPr>
        <w:tab/>
        <w:t>Подпись:</w:t>
      </w:r>
      <w:r w:rsidRPr="003F412E">
        <w:rPr>
          <w:szCs w:val="24"/>
          <w:lang w:val="ru-RU"/>
        </w:rPr>
        <w:t xml:space="preserve"> ______________ / ___________________ /</w:t>
      </w:r>
    </w:p>
    <w:sectPr w:rsidR="003F412E" w:rsidRPr="00E40EFE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91086575">
    <w:abstractNumId w:val="8"/>
  </w:num>
  <w:num w:numId="2" w16cid:durableId="1756432851">
    <w:abstractNumId w:val="6"/>
  </w:num>
  <w:num w:numId="3" w16cid:durableId="1170952603">
    <w:abstractNumId w:val="5"/>
  </w:num>
  <w:num w:numId="4" w16cid:durableId="1754813034">
    <w:abstractNumId w:val="4"/>
  </w:num>
  <w:num w:numId="5" w16cid:durableId="1803889265">
    <w:abstractNumId w:val="7"/>
  </w:num>
  <w:num w:numId="6" w16cid:durableId="1435053224">
    <w:abstractNumId w:val="3"/>
  </w:num>
  <w:num w:numId="7" w16cid:durableId="1922986297">
    <w:abstractNumId w:val="2"/>
  </w:num>
  <w:num w:numId="8" w16cid:durableId="75135312">
    <w:abstractNumId w:val="1"/>
  </w:num>
  <w:num w:numId="9" w16cid:durableId="1270041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412E"/>
    <w:rsid w:val="008F06CF"/>
    <w:rsid w:val="008F08CD"/>
    <w:rsid w:val="00AA1D8D"/>
    <w:rsid w:val="00AF5B43"/>
    <w:rsid w:val="00B47730"/>
    <w:rsid w:val="00CB0664"/>
    <w:rsid w:val="00E40EF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2CC03E"/>
  <w14:defaultImageDpi w14:val="300"/>
  <w15:docId w15:val="{50EF38B5-C934-4BC4-A1AA-3E52D4BB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keen keen</cp:lastModifiedBy>
  <cp:revision>3</cp:revision>
  <dcterms:created xsi:type="dcterms:W3CDTF">2013-12-23T23:15:00Z</dcterms:created>
  <dcterms:modified xsi:type="dcterms:W3CDTF">2026-08-10T06:24:00Z</dcterms:modified>
  <cp:category/>
</cp:coreProperties>
</file>