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B9D29" w14:textId="77777777" w:rsidR="00AB415F" w:rsidRPr="00711A2F" w:rsidRDefault="00000000" w:rsidP="00206486">
      <w:pPr>
        <w:spacing w:after="0"/>
        <w:jc w:val="center"/>
        <w:rPr>
          <w:szCs w:val="24"/>
          <w:lang w:val="ru-RU"/>
        </w:rPr>
      </w:pPr>
      <w:r w:rsidRPr="00711A2F">
        <w:rPr>
          <w:b/>
          <w:szCs w:val="24"/>
          <w:lang w:val="ru-RU"/>
        </w:rPr>
        <w:t>СОГЛАСИЕ ЗАКОННОГО ПРЕДСТАВИТЕЛЯ НА ОБРАБОТКУ ПЕРСОНАЛЬНЫХ ДАННЫХ НЕСОВЕРШЕННОЛЕТНЕГО</w:t>
      </w:r>
    </w:p>
    <w:p w14:paraId="53C90962" w14:textId="77777777" w:rsidR="00AB415F" w:rsidRPr="00711A2F" w:rsidRDefault="00000000" w:rsidP="00206486">
      <w:pPr>
        <w:spacing w:after="0"/>
        <w:jc w:val="center"/>
        <w:rPr>
          <w:szCs w:val="24"/>
          <w:lang w:val="ru-RU"/>
        </w:rPr>
      </w:pPr>
      <w:r w:rsidRPr="00711A2F">
        <w:rPr>
          <w:i/>
          <w:szCs w:val="24"/>
          <w:lang w:val="ru-RU"/>
        </w:rPr>
        <w:t>АНО ДПО «Эксперт-Образование»</w:t>
      </w:r>
    </w:p>
    <w:p w14:paraId="6279C61F" w14:textId="77777777" w:rsidR="00AB415F" w:rsidRPr="00711A2F" w:rsidRDefault="00AB415F" w:rsidP="00206486">
      <w:pPr>
        <w:spacing w:after="0"/>
        <w:rPr>
          <w:szCs w:val="24"/>
          <w:lang w:val="ru-RU"/>
        </w:rPr>
      </w:pPr>
    </w:p>
    <w:p w14:paraId="74B28513" w14:textId="54E0799A" w:rsidR="00AB415F" w:rsidRPr="00711A2F" w:rsidRDefault="00000000" w:rsidP="00206486">
      <w:pPr>
        <w:spacing w:after="0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Я, _______________________________________________________________</w:t>
      </w:r>
      <w:r w:rsidR="00206486" w:rsidRPr="00711A2F">
        <w:rPr>
          <w:szCs w:val="24"/>
          <w:lang w:val="ru-RU"/>
        </w:rPr>
        <w:t>______________</w:t>
      </w:r>
      <w:r w:rsidRPr="00711A2F">
        <w:rPr>
          <w:szCs w:val="24"/>
          <w:lang w:val="ru-RU"/>
        </w:rPr>
        <w:t>,</w:t>
      </w:r>
    </w:p>
    <w:p w14:paraId="7FA826BB" w14:textId="77777777" w:rsidR="00AB415F" w:rsidRPr="00711A2F" w:rsidRDefault="00000000" w:rsidP="00206486">
      <w:pPr>
        <w:spacing w:after="0"/>
        <w:ind w:firstLine="709"/>
        <w:jc w:val="both"/>
        <w:rPr>
          <w:sz w:val="16"/>
          <w:szCs w:val="16"/>
          <w:lang w:val="ru-RU"/>
        </w:rPr>
      </w:pPr>
      <w:r w:rsidRPr="00711A2F">
        <w:rPr>
          <w:sz w:val="16"/>
          <w:szCs w:val="16"/>
          <w:lang w:val="ru-RU"/>
        </w:rPr>
        <w:t>(фамилия, имя, отчество законного представителя полностью)</w:t>
      </w:r>
    </w:p>
    <w:p w14:paraId="70E2C573" w14:textId="3877A223" w:rsidR="00AB415F" w:rsidRPr="00711A2F" w:rsidRDefault="00000000" w:rsidP="00206486">
      <w:pPr>
        <w:spacing w:after="0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документ, удостоверяющий личность: ___________ серия ________ № ____________</w:t>
      </w:r>
      <w:r w:rsidR="00AC295C" w:rsidRPr="00711A2F">
        <w:rPr>
          <w:szCs w:val="24"/>
          <w:lang w:val="ru-RU"/>
        </w:rPr>
        <w:t>_</w:t>
      </w:r>
      <w:r w:rsidRPr="00711A2F">
        <w:rPr>
          <w:szCs w:val="24"/>
          <w:lang w:val="ru-RU"/>
        </w:rPr>
        <w:t>,</w:t>
      </w:r>
    </w:p>
    <w:p w14:paraId="46BDADCF" w14:textId="67D432E2" w:rsidR="00AB415F" w:rsidRPr="00711A2F" w:rsidRDefault="00000000" w:rsidP="00206486">
      <w:pPr>
        <w:spacing w:after="0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выдан ____________________________________________</w:t>
      </w:r>
      <w:r w:rsidR="00AC295C" w:rsidRPr="00711A2F">
        <w:rPr>
          <w:szCs w:val="24"/>
          <w:lang w:val="ru-RU"/>
        </w:rPr>
        <w:t>_________________</w:t>
      </w:r>
      <w:r w:rsidR="00206486" w:rsidRPr="00711A2F">
        <w:rPr>
          <w:szCs w:val="24"/>
          <w:lang w:val="ru-RU"/>
        </w:rPr>
        <w:t>____________</w:t>
      </w:r>
      <w:r w:rsidR="00AC295C" w:rsidRPr="00711A2F">
        <w:rPr>
          <w:szCs w:val="24"/>
          <w:lang w:val="ru-RU"/>
        </w:rPr>
        <w:t>,</w:t>
      </w:r>
      <w:r w:rsidRPr="00711A2F">
        <w:rPr>
          <w:szCs w:val="24"/>
          <w:lang w:val="ru-RU"/>
        </w:rPr>
        <w:t xml:space="preserve"> «___» __________ 20___ г.,</w:t>
      </w:r>
    </w:p>
    <w:p w14:paraId="12EC169A" w14:textId="29CF8D48" w:rsidR="00AC295C" w:rsidRPr="00711A2F" w:rsidRDefault="00000000" w:rsidP="00206486">
      <w:pPr>
        <w:spacing w:after="0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адрес регистрации:</w:t>
      </w:r>
      <w:r w:rsidR="00AC295C" w:rsidRPr="00711A2F">
        <w:rPr>
          <w:szCs w:val="24"/>
          <w:lang w:val="ru-RU"/>
        </w:rPr>
        <w:t xml:space="preserve"> _______________________</w:t>
      </w:r>
      <w:r w:rsidR="00711A2F">
        <w:rPr>
          <w:szCs w:val="24"/>
          <w:lang w:val="ru-RU"/>
        </w:rPr>
        <w:t>_</w:t>
      </w:r>
      <w:r w:rsidR="00AC295C" w:rsidRPr="00711A2F">
        <w:rPr>
          <w:szCs w:val="24"/>
          <w:lang w:val="ru-RU"/>
        </w:rPr>
        <w:t>__________________________</w:t>
      </w:r>
      <w:r w:rsidR="00206486" w:rsidRPr="00711A2F">
        <w:rPr>
          <w:szCs w:val="24"/>
          <w:lang w:val="ru-RU"/>
        </w:rPr>
        <w:t>_____________,</w:t>
      </w:r>
    </w:p>
    <w:p w14:paraId="250B9A4E" w14:textId="77777777" w:rsidR="00AB415F" w:rsidRPr="00711A2F" w:rsidRDefault="00000000" w:rsidP="00206486">
      <w:pPr>
        <w:spacing w:after="0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контактный телефон: __________________, адрес электронной почты: __________________,</w:t>
      </w:r>
    </w:p>
    <w:p w14:paraId="492B6A31" w14:textId="47CA6767" w:rsidR="00AB415F" w:rsidRPr="00711A2F" w:rsidRDefault="00000000" w:rsidP="00206486">
      <w:pPr>
        <w:spacing w:after="0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являясь законным представителем несовершеннолетнего</w:t>
      </w:r>
      <w:r w:rsidR="00AC295C" w:rsidRPr="00711A2F">
        <w:rPr>
          <w:szCs w:val="24"/>
          <w:lang w:val="ru-RU"/>
        </w:rPr>
        <w:t xml:space="preserve"> </w:t>
      </w:r>
      <w:r w:rsidRPr="00711A2F">
        <w:rPr>
          <w:szCs w:val="24"/>
          <w:lang w:val="ru-RU"/>
        </w:rPr>
        <w:t>на основании</w:t>
      </w:r>
      <w:r w:rsidR="00AC295C" w:rsidRPr="00711A2F">
        <w:rPr>
          <w:szCs w:val="24"/>
          <w:lang w:val="ru-RU"/>
        </w:rPr>
        <w:t xml:space="preserve"> </w:t>
      </w:r>
      <w:r w:rsidRPr="00711A2F">
        <w:rPr>
          <w:szCs w:val="24"/>
          <w:lang w:val="ru-RU"/>
        </w:rPr>
        <w:t>________________________________</w:t>
      </w:r>
      <w:r w:rsidR="00AC295C" w:rsidRPr="00711A2F">
        <w:rPr>
          <w:szCs w:val="24"/>
          <w:lang w:val="ru-RU"/>
        </w:rPr>
        <w:t>_______________________________________</w:t>
      </w:r>
      <w:r w:rsidR="00206486" w:rsidRPr="00711A2F">
        <w:rPr>
          <w:szCs w:val="24"/>
          <w:lang w:val="ru-RU"/>
        </w:rPr>
        <w:t>________</w:t>
      </w:r>
    </w:p>
    <w:p w14:paraId="2195BB0F" w14:textId="67E034CD" w:rsidR="00AB415F" w:rsidRPr="00711A2F" w:rsidRDefault="00000000" w:rsidP="00206486">
      <w:pPr>
        <w:spacing w:after="0"/>
        <w:ind w:firstLine="709"/>
        <w:jc w:val="both"/>
        <w:rPr>
          <w:sz w:val="16"/>
          <w:szCs w:val="16"/>
          <w:lang w:val="ru-RU"/>
        </w:rPr>
      </w:pPr>
      <w:r w:rsidRPr="00711A2F">
        <w:rPr>
          <w:sz w:val="16"/>
          <w:szCs w:val="16"/>
          <w:lang w:val="ru-RU"/>
        </w:rPr>
        <w:t>(свидетельство о рождении, акт органа опеки и попечительства, иной документ указать реквизиты)</w:t>
      </w:r>
    </w:p>
    <w:p w14:paraId="0835FF73" w14:textId="40909301" w:rsidR="00AB415F" w:rsidRPr="00711A2F" w:rsidRDefault="00000000" w:rsidP="00206486">
      <w:pPr>
        <w:spacing w:after="0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даю согласие АНО ДПО «Эксперт-Образование» (адрес: 650023, Кемеровская область — Кузбасс, г. Кемерово, пр-кт Октябрьский, д. 83, кв. 83) на обработку персональных данных несовершеннолетнего:</w:t>
      </w:r>
    </w:p>
    <w:p w14:paraId="1A959FD1" w14:textId="7343EC5D" w:rsidR="00AB415F" w:rsidRPr="00711A2F" w:rsidRDefault="00000000" w:rsidP="00206486">
      <w:pPr>
        <w:spacing w:after="0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 xml:space="preserve">фамилия, имя, </w:t>
      </w:r>
      <w:proofErr w:type="gramStart"/>
      <w:r w:rsidRPr="00711A2F">
        <w:rPr>
          <w:szCs w:val="24"/>
          <w:lang w:val="ru-RU"/>
        </w:rPr>
        <w:t>отчество:_</w:t>
      </w:r>
      <w:proofErr w:type="gramEnd"/>
      <w:r w:rsidRPr="00711A2F">
        <w:rPr>
          <w:szCs w:val="24"/>
          <w:lang w:val="ru-RU"/>
        </w:rPr>
        <w:t>___________________________________________</w:t>
      </w:r>
      <w:r w:rsidR="00206486" w:rsidRPr="00711A2F">
        <w:rPr>
          <w:szCs w:val="24"/>
          <w:lang w:val="ru-RU"/>
        </w:rPr>
        <w:t>______________</w:t>
      </w:r>
      <w:r w:rsidRPr="00711A2F">
        <w:rPr>
          <w:szCs w:val="24"/>
          <w:lang w:val="ru-RU"/>
        </w:rPr>
        <w:t>,</w:t>
      </w:r>
    </w:p>
    <w:p w14:paraId="7920E1E0" w14:textId="77777777" w:rsidR="00AB415F" w:rsidRPr="00711A2F" w:rsidRDefault="00000000" w:rsidP="00206486">
      <w:pPr>
        <w:spacing w:after="0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дата рождения: ______________________,</w:t>
      </w:r>
    </w:p>
    <w:p w14:paraId="7D863D1E" w14:textId="77777777" w:rsidR="00AB415F" w:rsidRPr="00711A2F" w:rsidRDefault="00000000" w:rsidP="00206486">
      <w:pPr>
        <w:spacing w:after="0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контактный телефон: __________________, адрес электронной почты: __________________,</w:t>
      </w:r>
    </w:p>
    <w:p w14:paraId="21E393B9" w14:textId="77777777" w:rsidR="00AB415F" w:rsidRPr="00711A2F" w:rsidRDefault="00000000" w:rsidP="00206486">
      <w:pPr>
        <w:spacing w:after="0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а также на обработку моих персональных данных, указанных выше.</w:t>
      </w:r>
    </w:p>
    <w:p w14:paraId="32A6E25F" w14:textId="08CB95B1" w:rsidR="00AB415F" w:rsidRPr="00711A2F" w:rsidRDefault="00000000" w:rsidP="00206486">
      <w:pPr>
        <w:spacing w:after="0"/>
        <w:rPr>
          <w:szCs w:val="24"/>
          <w:lang w:val="ru-RU"/>
        </w:rPr>
      </w:pPr>
      <w:r w:rsidRPr="00711A2F">
        <w:rPr>
          <w:b/>
          <w:szCs w:val="24"/>
          <w:lang w:val="ru-RU"/>
        </w:rPr>
        <w:t>Перечень персональных данных несовершеннолетнего</w:t>
      </w:r>
    </w:p>
    <w:p w14:paraId="474718E6" w14:textId="77777777" w:rsidR="00AB415F" w:rsidRPr="00711A2F" w:rsidRDefault="00000000" w:rsidP="00206486">
      <w:pPr>
        <w:spacing w:after="0"/>
        <w:ind w:firstLine="709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Фамилия, имя, отчество; дата рождения; контактные данные; сведения об образовании; сведения о ходе и результатах обучения.</w:t>
      </w:r>
    </w:p>
    <w:p w14:paraId="0D9306D9" w14:textId="2C8B0104" w:rsidR="00AB415F" w:rsidRPr="00711A2F" w:rsidRDefault="00000000" w:rsidP="00206486">
      <w:pPr>
        <w:spacing w:after="0"/>
        <w:rPr>
          <w:szCs w:val="24"/>
          <w:lang w:val="ru-RU"/>
        </w:rPr>
      </w:pPr>
      <w:r w:rsidRPr="00711A2F">
        <w:rPr>
          <w:b/>
          <w:szCs w:val="24"/>
          <w:lang w:val="ru-RU"/>
        </w:rPr>
        <w:t>Цели обработки</w:t>
      </w:r>
    </w:p>
    <w:p w14:paraId="5C7A7DC2" w14:textId="77777777" w:rsidR="00AB415F" w:rsidRPr="00711A2F" w:rsidRDefault="00000000" w:rsidP="00206486">
      <w:pPr>
        <w:spacing w:after="0"/>
        <w:ind w:firstLine="709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Заключение и исполнение договора об образовании, стороной которого я являюсь как заказчик.</w:t>
      </w:r>
    </w:p>
    <w:p w14:paraId="62376DE4" w14:textId="77777777" w:rsidR="00AB415F" w:rsidRPr="00711A2F" w:rsidRDefault="00000000" w:rsidP="00206486">
      <w:pPr>
        <w:spacing w:after="0"/>
        <w:ind w:firstLine="709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Организация и осуществление образовательной деятельности, учёт результатов обучения несовершеннолетнего.</w:t>
      </w:r>
    </w:p>
    <w:p w14:paraId="037FABAF" w14:textId="77777777" w:rsidR="00AB415F" w:rsidRPr="00711A2F" w:rsidRDefault="00000000" w:rsidP="00206486">
      <w:pPr>
        <w:spacing w:after="0"/>
        <w:ind w:firstLine="709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Оформление и выдача документа об обучении.</w:t>
      </w:r>
    </w:p>
    <w:p w14:paraId="53EA029C" w14:textId="77777777" w:rsidR="00AB415F" w:rsidRPr="00711A2F" w:rsidRDefault="00000000" w:rsidP="00206486">
      <w:pPr>
        <w:spacing w:after="0"/>
        <w:ind w:firstLine="709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Ведение бухгалтерского и налогового учёта.</w:t>
      </w:r>
    </w:p>
    <w:p w14:paraId="5372F0B0" w14:textId="77777777" w:rsidR="00AB415F" w:rsidRPr="00711A2F" w:rsidRDefault="00000000" w:rsidP="00206486">
      <w:pPr>
        <w:spacing w:after="0"/>
        <w:ind w:firstLine="709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Информирование меня о ходе обучения несовершеннолетнего.</w:t>
      </w:r>
    </w:p>
    <w:p w14:paraId="7B887DDB" w14:textId="438C3A56" w:rsidR="00AB415F" w:rsidRPr="00711A2F" w:rsidRDefault="00000000" w:rsidP="00206486">
      <w:pPr>
        <w:spacing w:after="0"/>
        <w:rPr>
          <w:szCs w:val="24"/>
          <w:lang w:val="ru-RU"/>
        </w:rPr>
      </w:pPr>
      <w:r w:rsidRPr="00711A2F">
        <w:rPr>
          <w:b/>
          <w:szCs w:val="24"/>
          <w:lang w:val="ru-RU"/>
        </w:rPr>
        <w:t>Перечень действий с персональными данными</w:t>
      </w:r>
    </w:p>
    <w:p w14:paraId="3E51264E" w14:textId="77777777" w:rsidR="00AB415F" w:rsidRPr="00711A2F" w:rsidRDefault="00000000" w:rsidP="00206486">
      <w:pPr>
        <w:spacing w:after="0"/>
        <w:ind w:firstLine="709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Сбор, запись, систематизация, накопление, хранение, уточнение, извлечение, использование, передача, блокирование, удаление, уничтожение, как с использованием средств автоматизации, так и без них.</w:t>
      </w:r>
    </w:p>
    <w:p w14:paraId="4A375FF8" w14:textId="1A0A39D3" w:rsidR="00AB415F" w:rsidRPr="00711A2F" w:rsidRDefault="00000000" w:rsidP="00206486">
      <w:pPr>
        <w:spacing w:after="0"/>
        <w:rPr>
          <w:szCs w:val="24"/>
          <w:lang w:val="ru-RU"/>
        </w:rPr>
      </w:pPr>
      <w:r w:rsidRPr="00711A2F">
        <w:rPr>
          <w:b/>
          <w:szCs w:val="24"/>
          <w:lang w:val="ru-RU"/>
        </w:rPr>
        <w:t>Срок действия согласия</w:t>
      </w:r>
    </w:p>
    <w:p w14:paraId="49697A92" w14:textId="77777777" w:rsidR="00AB415F" w:rsidRPr="00711A2F" w:rsidRDefault="00000000" w:rsidP="00206486">
      <w:pPr>
        <w:spacing w:after="0"/>
        <w:ind w:firstLine="709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>Согласие действует с даты подписания в течение срока действия договора и срока хранения документов, установленного законодательством.</w:t>
      </w:r>
    </w:p>
    <w:p w14:paraId="6E9005D5" w14:textId="1700A049" w:rsidR="00AB415F" w:rsidRPr="00711A2F" w:rsidRDefault="00000000" w:rsidP="00206486">
      <w:pPr>
        <w:spacing w:after="0"/>
        <w:ind w:firstLine="709"/>
        <w:jc w:val="both"/>
        <w:rPr>
          <w:szCs w:val="24"/>
          <w:lang w:val="ru-RU"/>
        </w:rPr>
      </w:pPr>
      <w:r w:rsidRPr="00711A2F">
        <w:rPr>
          <w:szCs w:val="24"/>
          <w:lang w:val="ru-RU"/>
        </w:rPr>
        <w:t xml:space="preserve">Согласие может быть отозвано письменным заявлением по адресу </w:t>
      </w:r>
      <w:r w:rsidR="00AC295C">
        <w:fldChar w:fldCharType="begin"/>
      </w:r>
      <w:r w:rsidR="00AC295C">
        <w:instrText>HYPERLINK</w:instrText>
      </w:r>
      <w:r w:rsidR="00AC295C" w:rsidRPr="0031784E">
        <w:rPr>
          <w:lang w:val="ru-RU"/>
        </w:rPr>
        <w:instrText xml:space="preserve"> "</w:instrText>
      </w:r>
      <w:r w:rsidR="00AC295C">
        <w:instrText>mailto</w:instrText>
      </w:r>
      <w:r w:rsidR="00AC295C" w:rsidRPr="0031784E">
        <w:rPr>
          <w:lang w:val="ru-RU"/>
        </w:rPr>
        <w:instrText>:</w:instrText>
      </w:r>
      <w:r w:rsidR="00AC295C">
        <w:instrText>expert</w:instrText>
      </w:r>
      <w:r w:rsidR="00AC295C" w:rsidRPr="0031784E">
        <w:rPr>
          <w:lang w:val="ru-RU"/>
        </w:rPr>
        <w:instrText>-</w:instrText>
      </w:r>
      <w:r w:rsidR="00AC295C">
        <w:instrText>education</w:instrText>
      </w:r>
      <w:r w:rsidR="00AC295C" w:rsidRPr="0031784E">
        <w:rPr>
          <w:lang w:val="ru-RU"/>
        </w:rPr>
        <w:instrText>@</w:instrText>
      </w:r>
      <w:r w:rsidR="00AC295C">
        <w:instrText>mail</w:instrText>
      </w:r>
      <w:r w:rsidR="00AC295C" w:rsidRPr="0031784E">
        <w:rPr>
          <w:lang w:val="ru-RU"/>
        </w:rPr>
        <w:instrText>.</w:instrText>
      </w:r>
      <w:r w:rsidR="00AC295C">
        <w:instrText>ru</w:instrText>
      </w:r>
      <w:r w:rsidR="00AC295C" w:rsidRPr="0031784E">
        <w:rPr>
          <w:lang w:val="ru-RU"/>
        </w:rPr>
        <w:instrText>"</w:instrText>
      </w:r>
      <w:r w:rsidR="00AC295C">
        <w:fldChar w:fldCharType="separate"/>
      </w:r>
      <w:r w:rsidR="00AC295C" w:rsidRPr="00711A2F">
        <w:rPr>
          <w:rStyle w:val="aff8"/>
          <w:szCs w:val="24"/>
        </w:rPr>
        <w:t>expert</w:t>
      </w:r>
      <w:r w:rsidR="00AC295C" w:rsidRPr="00711A2F">
        <w:rPr>
          <w:rStyle w:val="aff8"/>
          <w:szCs w:val="24"/>
          <w:lang w:val="ru-RU"/>
        </w:rPr>
        <w:t>-</w:t>
      </w:r>
      <w:r w:rsidR="00AC295C" w:rsidRPr="00711A2F">
        <w:rPr>
          <w:rStyle w:val="aff8"/>
          <w:szCs w:val="24"/>
        </w:rPr>
        <w:t>education</w:t>
      </w:r>
      <w:r w:rsidR="00AC295C" w:rsidRPr="00711A2F">
        <w:rPr>
          <w:rStyle w:val="aff8"/>
          <w:szCs w:val="24"/>
          <w:lang w:val="ru-RU"/>
        </w:rPr>
        <w:t>@</w:t>
      </w:r>
      <w:r w:rsidR="00AC295C" w:rsidRPr="00711A2F">
        <w:rPr>
          <w:rStyle w:val="aff8"/>
          <w:szCs w:val="24"/>
        </w:rPr>
        <w:t>mail</w:t>
      </w:r>
      <w:r w:rsidR="00AC295C" w:rsidRPr="00711A2F">
        <w:rPr>
          <w:rStyle w:val="aff8"/>
          <w:szCs w:val="24"/>
          <w:lang w:val="ru-RU"/>
        </w:rPr>
        <w:t>.</w:t>
      </w:r>
      <w:proofErr w:type="spellStart"/>
      <w:r w:rsidR="00AC295C" w:rsidRPr="00711A2F">
        <w:rPr>
          <w:rStyle w:val="aff8"/>
          <w:szCs w:val="24"/>
        </w:rPr>
        <w:t>ru</w:t>
      </w:r>
      <w:proofErr w:type="spellEnd"/>
      <w:r w:rsidR="00AC295C">
        <w:fldChar w:fldCharType="end"/>
      </w:r>
      <w:r w:rsidRPr="00711A2F">
        <w:rPr>
          <w:szCs w:val="24"/>
          <w:lang w:val="ru-RU"/>
        </w:rPr>
        <w:t>.</w:t>
      </w:r>
    </w:p>
    <w:p w14:paraId="7DA474AB" w14:textId="77777777" w:rsidR="00206486" w:rsidRDefault="00206486" w:rsidP="00206486">
      <w:pPr>
        <w:spacing w:after="0"/>
        <w:ind w:firstLine="709"/>
        <w:jc w:val="both"/>
        <w:rPr>
          <w:szCs w:val="24"/>
          <w:lang w:val="ru-RU"/>
        </w:rPr>
      </w:pPr>
    </w:p>
    <w:p w14:paraId="72D1757B" w14:textId="77777777" w:rsidR="00711A2F" w:rsidRPr="00711A2F" w:rsidRDefault="00711A2F" w:rsidP="00206486">
      <w:pPr>
        <w:spacing w:after="0"/>
        <w:ind w:firstLine="709"/>
        <w:jc w:val="both"/>
        <w:rPr>
          <w:szCs w:val="24"/>
          <w:lang w:val="ru-RU"/>
        </w:rPr>
      </w:pPr>
    </w:p>
    <w:p w14:paraId="0ED134B3" w14:textId="0FCFA240" w:rsidR="00AC295C" w:rsidRPr="00711A2F" w:rsidRDefault="00AC295C" w:rsidP="00711A2F">
      <w:pPr>
        <w:spacing w:after="0"/>
        <w:rPr>
          <w:szCs w:val="24"/>
          <w:lang w:val="ru-RU"/>
        </w:rPr>
      </w:pPr>
      <w:r w:rsidRPr="00711A2F">
        <w:rPr>
          <w:b/>
          <w:szCs w:val="24"/>
          <w:lang w:val="ru-RU"/>
        </w:rPr>
        <w:t xml:space="preserve">Дата: </w:t>
      </w:r>
      <w:r w:rsidRPr="00711A2F">
        <w:rPr>
          <w:szCs w:val="24"/>
          <w:lang w:val="ru-RU"/>
        </w:rPr>
        <w:t>«___» ______________ 20___ г.</w:t>
      </w:r>
      <w:r w:rsidRPr="00711A2F">
        <w:rPr>
          <w:b/>
          <w:szCs w:val="24"/>
          <w:lang w:val="ru-RU"/>
        </w:rPr>
        <w:tab/>
        <w:t>Подпись:</w:t>
      </w:r>
      <w:r w:rsidRPr="00711A2F">
        <w:rPr>
          <w:szCs w:val="24"/>
          <w:lang w:val="ru-RU"/>
        </w:rPr>
        <w:t xml:space="preserve"> ______________ / ___________________ /</w:t>
      </w:r>
    </w:p>
    <w:sectPr w:rsidR="00AC295C" w:rsidRPr="00711A2F" w:rsidSect="0031784E">
      <w:pgSz w:w="12240" w:h="15840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81149803">
    <w:abstractNumId w:val="8"/>
  </w:num>
  <w:num w:numId="2" w16cid:durableId="1917589862">
    <w:abstractNumId w:val="6"/>
  </w:num>
  <w:num w:numId="3" w16cid:durableId="214045784">
    <w:abstractNumId w:val="5"/>
  </w:num>
  <w:num w:numId="4" w16cid:durableId="62065392">
    <w:abstractNumId w:val="4"/>
  </w:num>
  <w:num w:numId="5" w16cid:durableId="1989744189">
    <w:abstractNumId w:val="7"/>
  </w:num>
  <w:num w:numId="6" w16cid:durableId="324237959">
    <w:abstractNumId w:val="3"/>
  </w:num>
  <w:num w:numId="7" w16cid:durableId="1236358292">
    <w:abstractNumId w:val="2"/>
  </w:num>
  <w:num w:numId="8" w16cid:durableId="698899453">
    <w:abstractNumId w:val="1"/>
  </w:num>
  <w:num w:numId="9" w16cid:durableId="819812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06486"/>
    <w:rsid w:val="0029639D"/>
    <w:rsid w:val="0031784E"/>
    <w:rsid w:val="00326F90"/>
    <w:rsid w:val="00711A2F"/>
    <w:rsid w:val="007F49A0"/>
    <w:rsid w:val="008F06CF"/>
    <w:rsid w:val="008F6CB8"/>
    <w:rsid w:val="00A90A4F"/>
    <w:rsid w:val="00AA1D8D"/>
    <w:rsid w:val="00AB415F"/>
    <w:rsid w:val="00AC295C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99FA0B"/>
  <w14:defaultImageDpi w14:val="300"/>
  <w15:docId w15:val="{C839E078-55BA-43C3-8CD4-8A18FD9C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/>
    </w:pPr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AC295C"/>
    <w:rPr>
      <w:color w:val="0000FF" w:themeColor="hyperlink"/>
      <w:u w:val="single"/>
    </w:rPr>
  </w:style>
  <w:style w:type="character" w:styleId="aff9">
    <w:name w:val="Unresolved Mention"/>
    <w:basedOn w:val="a2"/>
    <w:uiPriority w:val="99"/>
    <w:semiHidden/>
    <w:unhideWhenUsed/>
    <w:rsid w:val="00AC29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keen keen</cp:lastModifiedBy>
  <cp:revision>6</cp:revision>
  <dcterms:created xsi:type="dcterms:W3CDTF">2013-12-23T23:15:00Z</dcterms:created>
  <dcterms:modified xsi:type="dcterms:W3CDTF">2026-08-10T06:24:00Z</dcterms:modified>
  <cp:category/>
</cp:coreProperties>
</file>