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16F18" w14:textId="77777777" w:rsidR="009E7B50" w:rsidRPr="009E7B50" w:rsidRDefault="009E7B50" w:rsidP="009E7B50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Генеральному директору</w:t>
      </w:r>
    </w:p>
    <w:p w14:paraId="49CFC8DB" w14:textId="77777777" w:rsidR="009E7B50" w:rsidRPr="009E7B50" w:rsidRDefault="009E7B50" w:rsidP="009E7B50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АНО ДПО «Эксперт-Образование»</w:t>
      </w:r>
    </w:p>
    <w:p w14:paraId="43594AEE" w14:textId="77777777" w:rsidR="009E7B50" w:rsidRPr="009E7B50" w:rsidRDefault="009E7B50" w:rsidP="009E7B50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Ереминой Е. Б.</w:t>
      </w:r>
    </w:p>
    <w:p w14:paraId="539C7057" w14:textId="0C89C5D7" w:rsidR="009E7B50" w:rsidRPr="009E7B50" w:rsidRDefault="009E7B50" w:rsidP="009E7B50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от ________________________________</w:t>
      </w:r>
      <w:r>
        <w:rPr>
          <w:lang w:val="ru-RU"/>
        </w:rPr>
        <w:t>_</w:t>
      </w:r>
    </w:p>
    <w:p w14:paraId="338E9851" w14:textId="77777777" w:rsidR="009E7B50" w:rsidRPr="009E7B50" w:rsidRDefault="009E7B50" w:rsidP="009E7B50">
      <w:pPr>
        <w:spacing w:after="0"/>
        <w:ind w:left="5670"/>
        <w:jc w:val="both"/>
        <w:rPr>
          <w:sz w:val="20"/>
          <w:szCs w:val="20"/>
          <w:lang w:val="ru-RU"/>
        </w:rPr>
      </w:pPr>
      <w:r w:rsidRPr="009E7B50">
        <w:rPr>
          <w:sz w:val="20"/>
          <w:szCs w:val="20"/>
          <w:lang w:val="ru-RU"/>
        </w:rPr>
        <w:t>(фамилия, имя, отчество полностью)</w:t>
      </w:r>
    </w:p>
    <w:p w14:paraId="737A400A" w14:textId="79E4E6DA" w:rsidR="009E7B50" w:rsidRDefault="009E7B50" w:rsidP="009E7B50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дата рождения:</w:t>
      </w:r>
      <w:r>
        <w:rPr>
          <w:lang w:val="ru-RU"/>
        </w:rPr>
        <w:t xml:space="preserve"> ___________________</w:t>
      </w:r>
    </w:p>
    <w:p w14:paraId="10938290" w14:textId="1512EB27" w:rsidR="009E7B50" w:rsidRDefault="009E7B50" w:rsidP="009E7B50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адрес регистрации:</w:t>
      </w:r>
      <w:r>
        <w:rPr>
          <w:lang w:val="ru-RU"/>
        </w:rPr>
        <w:t xml:space="preserve"> ________________</w:t>
      </w:r>
    </w:p>
    <w:p w14:paraId="4F905E46" w14:textId="2AD39179" w:rsidR="009E7B50" w:rsidRPr="009E7B50" w:rsidRDefault="009E7B50" w:rsidP="009E7B50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______________________________</w:t>
      </w:r>
      <w:r>
        <w:rPr>
          <w:lang w:val="ru-RU"/>
        </w:rPr>
        <w:t>___</w:t>
      </w:r>
    </w:p>
    <w:p w14:paraId="30044584" w14:textId="11808C54" w:rsidR="009E7B50" w:rsidRDefault="009E7B50" w:rsidP="009E7B50">
      <w:pPr>
        <w:spacing w:after="0"/>
        <w:ind w:left="5670"/>
        <w:jc w:val="both"/>
        <w:rPr>
          <w:lang w:val="ru-RU"/>
        </w:rPr>
      </w:pPr>
      <w:r w:rsidRPr="009E7B50">
        <w:rPr>
          <w:lang w:val="ru-RU"/>
        </w:rPr>
        <w:t>телефон: ________________</w:t>
      </w:r>
    </w:p>
    <w:p w14:paraId="707D8A01" w14:textId="21F7D5C6" w:rsidR="009E7B50" w:rsidRPr="009E7B50" w:rsidRDefault="009E7B50" w:rsidP="009E7B50">
      <w:pPr>
        <w:spacing w:after="0"/>
        <w:ind w:left="5670"/>
        <w:jc w:val="both"/>
        <w:rPr>
          <w:lang w:val="ru-RU"/>
        </w:rPr>
      </w:pPr>
      <w:r>
        <w:t>e</w:t>
      </w:r>
      <w:r w:rsidRPr="009E7B50">
        <w:rPr>
          <w:lang w:val="ru-RU"/>
        </w:rPr>
        <w:t>-</w:t>
      </w:r>
      <w:r>
        <w:t>mail</w:t>
      </w:r>
      <w:r w:rsidRPr="009E7B50">
        <w:rPr>
          <w:lang w:val="ru-RU"/>
        </w:rPr>
        <w:t>: ________________</w:t>
      </w:r>
      <w:r>
        <w:rPr>
          <w:lang w:val="ru-RU"/>
        </w:rPr>
        <w:t>__</w:t>
      </w:r>
    </w:p>
    <w:p w14:paraId="7EB40219" w14:textId="77777777" w:rsidR="009E7B50" w:rsidRDefault="009E7B50" w:rsidP="009E7B50">
      <w:pPr>
        <w:spacing w:after="0"/>
        <w:jc w:val="center"/>
        <w:rPr>
          <w:b/>
          <w:sz w:val="28"/>
          <w:lang w:val="ru-RU"/>
        </w:rPr>
      </w:pPr>
    </w:p>
    <w:p w14:paraId="4C268298" w14:textId="77777777" w:rsidR="009E7B50" w:rsidRDefault="009E7B50" w:rsidP="009E7B50">
      <w:pPr>
        <w:spacing w:after="0"/>
        <w:jc w:val="center"/>
        <w:rPr>
          <w:b/>
          <w:sz w:val="28"/>
          <w:lang w:val="ru-RU"/>
        </w:rPr>
      </w:pPr>
    </w:p>
    <w:p w14:paraId="6137FB35" w14:textId="032ECAEE" w:rsidR="005C56D0" w:rsidRPr="009E7B50" w:rsidRDefault="004B510B" w:rsidP="009E7B50">
      <w:pPr>
        <w:spacing w:after="0"/>
        <w:jc w:val="center"/>
        <w:rPr>
          <w:lang w:val="ru-RU"/>
        </w:rPr>
      </w:pPr>
      <w:r w:rsidRPr="009E7B50">
        <w:rPr>
          <w:b/>
          <w:sz w:val="28"/>
          <w:lang w:val="ru-RU"/>
        </w:rPr>
        <w:t>Заявление о приёме на обучение</w:t>
      </w:r>
    </w:p>
    <w:p w14:paraId="3BAD0974" w14:textId="77777777" w:rsidR="005C56D0" w:rsidRPr="009E7B50" w:rsidRDefault="00000000" w:rsidP="009E7B50">
      <w:pPr>
        <w:spacing w:after="0"/>
        <w:jc w:val="center"/>
        <w:rPr>
          <w:lang w:val="ru-RU"/>
        </w:rPr>
      </w:pPr>
      <w:r w:rsidRPr="009E7B50">
        <w:rPr>
          <w:i/>
          <w:lang w:val="ru-RU"/>
        </w:rPr>
        <w:t>АНО ДПО «Эксперт-Образование»</w:t>
      </w:r>
    </w:p>
    <w:p w14:paraId="785081E0" w14:textId="77777777" w:rsidR="005C56D0" w:rsidRPr="009E7B50" w:rsidRDefault="005C56D0" w:rsidP="009E7B50">
      <w:pPr>
        <w:spacing w:after="0"/>
        <w:rPr>
          <w:lang w:val="ru-RU"/>
        </w:rPr>
      </w:pPr>
    </w:p>
    <w:p w14:paraId="29406A75" w14:textId="77777777" w:rsidR="005C56D0" w:rsidRPr="009E7B50" w:rsidRDefault="00000000" w:rsidP="009E7B50">
      <w:pPr>
        <w:spacing w:after="0"/>
        <w:ind w:firstLine="709"/>
        <w:jc w:val="both"/>
        <w:rPr>
          <w:lang w:val="ru-RU"/>
        </w:rPr>
      </w:pPr>
      <w:r w:rsidRPr="009E7B50">
        <w:rPr>
          <w:lang w:val="ru-RU"/>
        </w:rPr>
        <w:t>Прошу принять меня на обучение по образовательной программе:</w:t>
      </w:r>
    </w:p>
    <w:p w14:paraId="2740D163" w14:textId="3F106068" w:rsidR="005C56D0" w:rsidRPr="009E7B50" w:rsidRDefault="00000000" w:rsidP="009E7B50">
      <w:pPr>
        <w:spacing w:after="0"/>
        <w:ind w:firstLine="709"/>
        <w:jc w:val="both"/>
        <w:rPr>
          <w:lang w:val="ru-RU"/>
        </w:rPr>
      </w:pPr>
      <w:r w:rsidRPr="009E7B50">
        <w:rPr>
          <w:lang w:val="ru-RU"/>
        </w:rPr>
        <w:t>__________________________________________________________________________</w:t>
      </w:r>
    </w:p>
    <w:p w14:paraId="7CAD965B" w14:textId="77777777" w:rsidR="005C56D0" w:rsidRPr="004B510B" w:rsidRDefault="00000000" w:rsidP="004B510B">
      <w:pPr>
        <w:spacing w:after="0"/>
        <w:ind w:left="2880" w:firstLine="720"/>
        <w:jc w:val="both"/>
        <w:rPr>
          <w:sz w:val="20"/>
          <w:szCs w:val="20"/>
          <w:lang w:val="ru-RU"/>
        </w:rPr>
      </w:pPr>
      <w:r w:rsidRPr="004B510B">
        <w:rPr>
          <w:sz w:val="20"/>
          <w:szCs w:val="20"/>
          <w:lang w:val="ru-RU"/>
        </w:rPr>
        <w:t>(наименование программы)</w:t>
      </w:r>
    </w:p>
    <w:p w14:paraId="2A6E27A2" w14:textId="6C3DF70A" w:rsidR="005C56D0" w:rsidRPr="009E7B50" w:rsidRDefault="00000000" w:rsidP="009E7B50">
      <w:pPr>
        <w:spacing w:after="0"/>
        <w:ind w:firstLine="709"/>
        <w:jc w:val="both"/>
        <w:rPr>
          <w:lang w:val="ru-RU"/>
        </w:rPr>
      </w:pPr>
      <w:r w:rsidRPr="009E7B50">
        <w:rPr>
          <w:lang w:val="ru-RU"/>
        </w:rPr>
        <w:t>в объёме ________ академических часов, форма обучения очно-заочная с применением электронного обучения и дистанционных образовательных технологий.</w:t>
      </w:r>
    </w:p>
    <w:p w14:paraId="5EF32E04" w14:textId="77777777" w:rsidR="005C56D0" w:rsidRPr="009E7B50" w:rsidRDefault="00000000" w:rsidP="009E7B50">
      <w:pPr>
        <w:spacing w:after="0"/>
        <w:rPr>
          <w:lang w:val="ru-RU"/>
        </w:rPr>
      </w:pPr>
      <w:r w:rsidRPr="009E7B50">
        <w:rPr>
          <w:b/>
          <w:lang w:val="ru-RU"/>
        </w:rPr>
        <w:t>Сведения об образовании</w:t>
      </w:r>
    </w:p>
    <w:p w14:paraId="6776E5BE" w14:textId="77777777" w:rsidR="009E7B50" w:rsidRDefault="00000000" w:rsidP="009E7B50">
      <w:pPr>
        <w:spacing w:after="0"/>
        <w:ind w:firstLine="709"/>
        <w:jc w:val="both"/>
        <w:rPr>
          <w:lang w:val="ru-RU"/>
        </w:rPr>
      </w:pPr>
      <w:r w:rsidRPr="009E7B50">
        <w:rPr>
          <w:lang w:val="ru-RU"/>
        </w:rPr>
        <w:t>Уровень образования:</w:t>
      </w:r>
    </w:p>
    <w:p w14:paraId="32394A30" w14:textId="67E2161B" w:rsidR="005C56D0" w:rsidRPr="009E7B50" w:rsidRDefault="00000000" w:rsidP="009E7B50">
      <w:pPr>
        <w:spacing w:after="0"/>
        <w:ind w:firstLine="709"/>
        <w:jc w:val="both"/>
        <w:rPr>
          <w:lang w:val="ru-RU"/>
        </w:rPr>
      </w:pPr>
      <w:r w:rsidRPr="009E7B50">
        <w:rPr>
          <w:lang w:val="ru-RU"/>
        </w:rPr>
        <w:t>____________________________________________________________</w:t>
      </w:r>
    </w:p>
    <w:p w14:paraId="5ADFDB24" w14:textId="77777777" w:rsidR="005C56D0" w:rsidRPr="009E7B50" w:rsidRDefault="00000000" w:rsidP="009E7B50">
      <w:pPr>
        <w:spacing w:after="0"/>
        <w:ind w:firstLine="709"/>
        <w:jc w:val="both"/>
        <w:rPr>
          <w:lang w:val="ru-RU"/>
        </w:rPr>
      </w:pPr>
      <w:r w:rsidRPr="009E7B50">
        <w:rPr>
          <w:lang w:val="ru-RU"/>
        </w:rPr>
        <w:t>Документ об образовании: ________________ серия ________ № ____________________,</w:t>
      </w:r>
    </w:p>
    <w:p w14:paraId="58E6EDC3" w14:textId="77777777" w:rsidR="005C56D0" w:rsidRPr="009E7B50" w:rsidRDefault="00000000" w:rsidP="009E7B50">
      <w:pPr>
        <w:spacing w:after="0"/>
        <w:jc w:val="both"/>
        <w:rPr>
          <w:lang w:val="ru-RU"/>
        </w:rPr>
      </w:pPr>
      <w:r w:rsidRPr="009E7B50">
        <w:rPr>
          <w:lang w:val="ru-RU"/>
        </w:rPr>
        <w:t>выдан ____________________________________________ «___» __________ ______ г.</w:t>
      </w:r>
    </w:p>
    <w:p w14:paraId="2E3C2B15" w14:textId="77777777" w:rsidR="005C56D0" w:rsidRPr="009E7B50" w:rsidRDefault="00000000" w:rsidP="009E7B50">
      <w:pPr>
        <w:spacing w:after="0"/>
        <w:rPr>
          <w:lang w:val="ru-RU"/>
        </w:rPr>
      </w:pPr>
      <w:r w:rsidRPr="009E7B50">
        <w:rPr>
          <w:b/>
          <w:lang w:val="ru-RU"/>
        </w:rPr>
        <w:t>С документами ознакомлен</w:t>
      </w:r>
    </w:p>
    <w:p w14:paraId="554D84EB" w14:textId="77777777" w:rsidR="005C56D0" w:rsidRPr="009E7B50" w:rsidRDefault="00000000" w:rsidP="009E7B50">
      <w:pPr>
        <w:spacing w:after="0"/>
        <w:ind w:firstLine="709"/>
        <w:jc w:val="both"/>
        <w:rPr>
          <w:lang w:val="ru-RU"/>
        </w:rPr>
      </w:pPr>
      <w:r w:rsidRPr="009E7B50">
        <w:rPr>
          <w:lang w:val="ru-RU"/>
        </w:rPr>
        <w:t>С уставом организации, свидетельством о государственной регистрации, лицензией на осуществление образовательной деятельности, образовательной программой, правилами приёма обучающихся, правилами внутреннего распорядка обучающихся, положением об оказании платных образовательных услуг и иными локальными нормативными актами ознакомлен(а).</w:t>
      </w:r>
    </w:p>
    <w:p w14:paraId="19F0FF5E" w14:textId="77777777" w:rsidR="005C56D0" w:rsidRPr="009E7B50" w:rsidRDefault="00000000" w:rsidP="009E7B50">
      <w:pPr>
        <w:spacing w:after="0"/>
        <w:ind w:firstLine="709"/>
        <w:jc w:val="both"/>
        <w:rPr>
          <w:lang w:val="ru-RU"/>
        </w:rPr>
      </w:pPr>
      <w:r w:rsidRPr="009E7B50">
        <w:rPr>
          <w:lang w:val="ru-RU"/>
        </w:rPr>
        <w:t>Согласие на обработку персональных данных предоставлено отдельным документом.</w:t>
      </w:r>
    </w:p>
    <w:p w14:paraId="77088106" w14:textId="77777777" w:rsidR="009E7B50" w:rsidRDefault="009E7B50" w:rsidP="009E7B50">
      <w:pPr>
        <w:spacing w:after="0"/>
        <w:rPr>
          <w:b/>
          <w:lang w:val="ru-RU"/>
        </w:rPr>
      </w:pPr>
    </w:p>
    <w:p w14:paraId="4CCBB4C9" w14:textId="77777777" w:rsidR="009E7B50" w:rsidRDefault="009E7B50" w:rsidP="009E7B50">
      <w:pPr>
        <w:spacing w:after="0"/>
        <w:rPr>
          <w:b/>
          <w:lang w:val="ru-RU"/>
        </w:rPr>
      </w:pPr>
    </w:p>
    <w:p w14:paraId="7CC03ECC" w14:textId="55A55988" w:rsidR="005C56D0" w:rsidRPr="009E7B50" w:rsidRDefault="009E7B50" w:rsidP="009E7B50">
      <w:pPr>
        <w:spacing w:after="0"/>
        <w:rPr>
          <w:lang w:val="ru-RU"/>
        </w:rPr>
      </w:pPr>
      <w:r>
        <w:rPr>
          <w:b/>
          <w:lang w:val="ru-RU"/>
        </w:rPr>
        <w:t xml:space="preserve">Дата: </w:t>
      </w:r>
      <w:r w:rsidRPr="009E7B50">
        <w:rPr>
          <w:lang w:val="ru-RU"/>
        </w:rPr>
        <w:t>«___» ______________ 20___ г.</w:t>
      </w:r>
      <w:r>
        <w:rPr>
          <w:b/>
          <w:lang w:val="ru-RU"/>
        </w:rPr>
        <w:tab/>
      </w:r>
      <w:r w:rsidRPr="009E7B50">
        <w:rPr>
          <w:b/>
          <w:lang w:val="ru-RU"/>
        </w:rPr>
        <w:t>Подпись</w:t>
      </w:r>
      <w:r w:rsidR="00CB0E3F">
        <w:rPr>
          <w:b/>
          <w:lang w:val="ru-RU"/>
        </w:rPr>
        <w:t>:</w:t>
      </w:r>
      <w:r w:rsidRPr="009E7B50">
        <w:rPr>
          <w:lang w:val="ru-RU"/>
        </w:rPr>
        <w:t xml:space="preserve"> ______________ / ___________________ /</w:t>
      </w:r>
    </w:p>
    <w:sectPr w:rsidR="005C56D0" w:rsidRPr="009E7B50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451910">
    <w:abstractNumId w:val="8"/>
  </w:num>
  <w:num w:numId="2" w16cid:durableId="531384751">
    <w:abstractNumId w:val="6"/>
  </w:num>
  <w:num w:numId="3" w16cid:durableId="586765138">
    <w:abstractNumId w:val="5"/>
  </w:num>
  <w:num w:numId="4" w16cid:durableId="904334885">
    <w:abstractNumId w:val="4"/>
  </w:num>
  <w:num w:numId="5" w16cid:durableId="1776943618">
    <w:abstractNumId w:val="7"/>
  </w:num>
  <w:num w:numId="6" w16cid:durableId="1513759372">
    <w:abstractNumId w:val="3"/>
  </w:num>
  <w:num w:numId="7" w16cid:durableId="737945788">
    <w:abstractNumId w:val="2"/>
  </w:num>
  <w:num w:numId="8" w16cid:durableId="762528914">
    <w:abstractNumId w:val="1"/>
  </w:num>
  <w:num w:numId="9" w16cid:durableId="1623612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B510B"/>
    <w:rsid w:val="005C56D0"/>
    <w:rsid w:val="007F49A0"/>
    <w:rsid w:val="009E7B50"/>
    <w:rsid w:val="00AA1D8D"/>
    <w:rsid w:val="00B47730"/>
    <w:rsid w:val="00C73C61"/>
    <w:rsid w:val="00CB0664"/>
    <w:rsid w:val="00CB0E3F"/>
    <w:rsid w:val="00F360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2D0025"/>
  <w14:defaultImageDpi w14:val="300"/>
  <w15:docId w15:val="{50A27C93-5C3E-445B-B93B-D64E9D56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keen keen</cp:lastModifiedBy>
  <cp:revision>4</cp:revision>
  <dcterms:created xsi:type="dcterms:W3CDTF">2013-12-23T23:15:00Z</dcterms:created>
  <dcterms:modified xsi:type="dcterms:W3CDTF">2026-08-05T08:50:00Z</dcterms:modified>
  <cp:category/>
</cp:coreProperties>
</file>