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6281E" w14:textId="77777777" w:rsidR="00F657AC" w:rsidRPr="00BC0173" w:rsidRDefault="00000000" w:rsidP="00FD05E1">
      <w:pPr>
        <w:spacing w:after="0"/>
        <w:jc w:val="center"/>
        <w:rPr>
          <w:lang w:val="ru-RU"/>
        </w:rPr>
      </w:pPr>
      <w:r w:rsidRPr="00BC0173">
        <w:rPr>
          <w:b/>
          <w:sz w:val="28"/>
          <w:lang w:val="ru-RU"/>
        </w:rPr>
        <w:t>СОГЛАСИЕ НА ОБРАБОТКУ ПЕРСОНАЛЬНЫХ ДАННЫХ</w:t>
      </w:r>
    </w:p>
    <w:p w14:paraId="41ADCB02" w14:textId="77777777" w:rsidR="00F657AC" w:rsidRPr="00BC0173" w:rsidRDefault="00000000" w:rsidP="00FD05E1">
      <w:pPr>
        <w:spacing w:after="0"/>
        <w:jc w:val="center"/>
        <w:rPr>
          <w:lang w:val="ru-RU"/>
        </w:rPr>
      </w:pPr>
      <w:r w:rsidRPr="00BC0173">
        <w:rPr>
          <w:i/>
          <w:lang w:val="ru-RU"/>
        </w:rPr>
        <w:t>АНО ДПО «Эксперт-Образование»</w:t>
      </w:r>
    </w:p>
    <w:p w14:paraId="4351E9D6" w14:textId="77777777" w:rsidR="00F657AC" w:rsidRPr="00BC0173" w:rsidRDefault="00F657AC" w:rsidP="00FD05E1">
      <w:pPr>
        <w:spacing w:after="0"/>
        <w:rPr>
          <w:lang w:val="ru-RU"/>
        </w:rPr>
      </w:pPr>
    </w:p>
    <w:p w14:paraId="388495FA" w14:textId="1374E568" w:rsidR="00F657AC" w:rsidRPr="00BC0173" w:rsidRDefault="00000000" w:rsidP="00FD05E1">
      <w:pPr>
        <w:spacing w:after="0"/>
        <w:jc w:val="both"/>
        <w:rPr>
          <w:lang w:val="ru-RU"/>
        </w:rPr>
      </w:pPr>
      <w:r w:rsidRPr="00BC0173">
        <w:rPr>
          <w:lang w:val="ru-RU"/>
        </w:rPr>
        <w:t>Я, _____________________________________________________________________</w:t>
      </w:r>
      <w:r w:rsidR="00FD05E1">
        <w:rPr>
          <w:lang w:val="ru-RU"/>
        </w:rPr>
        <w:t>________</w:t>
      </w:r>
      <w:r w:rsidRPr="00BC0173">
        <w:rPr>
          <w:lang w:val="ru-RU"/>
        </w:rPr>
        <w:t>,</w:t>
      </w:r>
    </w:p>
    <w:p w14:paraId="517A6C7D" w14:textId="77777777" w:rsidR="00F657AC" w:rsidRPr="00FD05E1" w:rsidRDefault="00000000" w:rsidP="00FD05E1">
      <w:pPr>
        <w:spacing w:after="0"/>
        <w:ind w:firstLine="720"/>
        <w:jc w:val="both"/>
        <w:rPr>
          <w:sz w:val="16"/>
          <w:szCs w:val="16"/>
          <w:lang w:val="ru-RU"/>
        </w:rPr>
      </w:pPr>
      <w:r w:rsidRPr="00FD05E1">
        <w:rPr>
          <w:sz w:val="16"/>
          <w:szCs w:val="16"/>
          <w:lang w:val="ru-RU"/>
        </w:rPr>
        <w:t>(фамилия, имя, отчество полностью)</w:t>
      </w:r>
    </w:p>
    <w:p w14:paraId="60A0DAFD" w14:textId="77777777" w:rsidR="00F657AC" w:rsidRPr="00BC0173" w:rsidRDefault="00000000" w:rsidP="00FD05E1">
      <w:pPr>
        <w:spacing w:after="0"/>
        <w:jc w:val="both"/>
        <w:rPr>
          <w:lang w:val="ru-RU"/>
        </w:rPr>
      </w:pPr>
      <w:r w:rsidRPr="00BC0173">
        <w:rPr>
          <w:lang w:val="ru-RU"/>
        </w:rPr>
        <w:t>дата рождения: ______________________,</w:t>
      </w:r>
    </w:p>
    <w:p w14:paraId="15FE051D" w14:textId="40742B4F" w:rsidR="00F657AC" w:rsidRPr="00BC0173" w:rsidRDefault="00000000" w:rsidP="00FD05E1">
      <w:pPr>
        <w:spacing w:after="0"/>
        <w:jc w:val="both"/>
        <w:rPr>
          <w:lang w:val="ru-RU"/>
        </w:rPr>
      </w:pPr>
      <w:r w:rsidRPr="00BC0173">
        <w:rPr>
          <w:lang w:val="ru-RU"/>
        </w:rPr>
        <w:t xml:space="preserve">документ, удостоверяющий личность: </w:t>
      </w:r>
      <w:r w:rsidR="00BC0173">
        <w:rPr>
          <w:lang w:val="ru-RU"/>
        </w:rPr>
        <w:t>___</w:t>
      </w:r>
      <w:r w:rsidRPr="00BC0173">
        <w:rPr>
          <w:lang w:val="ru-RU"/>
        </w:rPr>
        <w:t>_______</w:t>
      </w:r>
      <w:r w:rsidR="00BC0173">
        <w:rPr>
          <w:lang w:val="ru-RU"/>
        </w:rPr>
        <w:t>__</w:t>
      </w:r>
      <w:r w:rsidRPr="00BC0173">
        <w:rPr>
          <w:lang w:val="ru-RU"/>
        </w:rPr>
        <w:t xml:space="preserve"> серия ________ № ____________,</w:t>
      </w:r>
    </w:p>
    <w:p w14:paraId="4D16DDE9" w14:textId="7DD64322" w:rsidR="00F657AC" w:rsidRPr="00BC0173" w:rsidRDefault="00000000" w:rsidP="00FD05E1">
      <w:pPr>
        <w:spacing w:after="0"/>
        <w:jc w:val="both"/>
        <w:rPr>
          <w:lang w:val="ru-RU"/>
        </w:rPr>
      </w:pPr>
      <w:r w:rsidRPr="00BC0173">
        <w:rPr>
          <w:lang w:val="ru-RU"/>
        </w:rPr>
        <w:t>выдан ____________________________________________________</w:t>
      </w:r>
      <w:r w:rsidR="00BC0173">
        <w:rPr>
          <w:lang w:val="ru-RU"/>
        </w:rPr>
        <w:t>________________</w:t>
      </w:r>
      <w:r w:rsidR="00FD05E1">
        <w:rPr>
          <w:lang w:val="ru-RU"/>
        </w:rPr>
        <w:t>_____</w:t>
      </w:r>
      <w:r w:rsidR="00BC0173">
        <w:rPr>
          <w:lang w:val="ru-RU"/>
        </w:rPr>
        <w:t>_,</w:t>
      </w:r>
      <w:r w:rsidRPr="00BC0173">
        <w:rPr>
          <w:lang w:val="ru-RU"/>
        </w:rPr>
        <w:t xml:space="preserve"> «___» __________ 20___ г.,</w:t>
      </w:r>
    </w:p>
    <w:p w14:paraId="39C4CE9A" w14:textId="77199D9C" w:rsidR="00BC0173" w:rsidRDefault="00000000" w:rsidP="00FD05E1">
      <w:pPr>
        <w:spacing w:after="0"/>
        <w:jc w:val="both"/>
        <w:rPr>
          <w:lang w:val="ru-RU"/>
        </w:rPr>
      </w:pPr>
      <w:r w:rsidRPr="00BC0173">
        <w:rPr>
          <w:lang w:val="ru-RU"/>
        </w:rPr>
        <w:t>адрес регистрации:</w:t>
      </w:r>
      <w:r w:rsidR="00BC0173">
        <w:rPr>
          <w:lang w:val="ru-RU"/>
        </w:rPr>
        <w:t xml:space="preserve"> _________________________________________________________</w:t>
      </w:r>
      <w:r w:rsidR="00FD05E1">
        <w:rPr>
          <w:lang w:val="ru-RU"/>
        </w:rPr>
        <w:t>______,</w:t>
      </w:r>
    </w:p>
    <w:p w14:paraId="5D7D41EA" w14:textId="77777777" w:rsidR="00F657AC" w:rsidRPr="00BC0173" w:rsidRDefault="00000000" w:rsidP="00FD05E1">
      <w:pPr>
        <w:spacing w:after="0"/>
        <w:jc w:val="both"/>
        <w:rPr>
          <w:lang w:val="ru-RU"/>
        </w:rPr>
      </w:pPr>
      <w:r w:rsidRPr="00BC0173">
        <w:rPr>
          <w:lang w:val="ru-RU"/>
        </w:rPr>
        <w:t>контактный телефон: __________________, адрес электронной почты: __________________,</w:t>
      </w:r>
    </w:p>
    <w:p w14:paraId="2956A718" w14:textId="44F2E587" w:rsidR="00F657AC" w:rsidRPr="00BC0173" w:rsidRDefault="00000000" w:rsidP="00FD05E1">
      <w:pPr>
        <w:spacing w:after="0"/>
        <w:jc w:val="both"/>
        <w:rPr>
          <w:lang w:val="ru-RU"/>
        </w:rPr>
      </w:pPr>
      <w:r w:rsidRPr="00BC0173">
        <w:rPr>
          <w:lang w:val="ru-RU"/>
        </w:rPr>
        <w:t>свободно, своей волей и в своём интересе даю согласие АНО ДПО «Эксперт-Образование» (адрес: 650023, Кемеровская область — Кузбасс, г. Кемерово, пр-кт Октябрьский, д. 83, кв. 83) на обработку моих персональных данных.</w:t>
      </w:r>
    </w:p>
    <w:p w14:paraId="7C551709" w14:textId="77777777" w:rsidR="00F657AC" w:rsidRPr="00BC0173" w:rsidRDefault="00000000" w:rsidP="00FD05E1">
      <w:pPr>
        <w:spacing w:after="0"/>
        <w:rPr>
          <w:lang w:val="ru-RU"/>
        </w:rPr>
      </w:pPr>
      <w:r w:rsidRPr="00BC0173">
        <w:rPr>
          <w:b/>
          <w:lang w:val="ru-RU"/>
        </w:rPr>
        <w:t>Перечень персональных данных</w:t>
      </w:r>
    </w:p>
    <w:p w14:paraId="6761B3DF" w14:textId="77777777" w:rsidR="00F657AC" w:rsidRPr="00BC0173" w:rsidRDefault="00000000" w:rsidP="00FD05E1">
      <w:pPr>
        <w:spacing w:after="0"/>
        <w:ind w:firstLine="720"/>
        <w:jc w:val="both"/>
        <w:rPr>
          <w:lang w:val="ru-RU"/>
        </w:rPr>
      </w:pPr>
      <w:r w:rsidRPr="00BC0173">
        <w:rPr>
          <w:lang w:val="ru-RU"/>
        </w:rPr>
        <w:t>Фамилия, имя, отчество; дата рождения; реквизиты документа, удостоверяющего личность; адрес регистрации; контактный телефон; адрес электронной почты; сведения об образовании; сведения о ходе и результатах обучения.</w:t>
      </w:r>
    </w:p>
    <w:p w14:paraId="2A3E58BD" w14:textId="77777777" w:rsidR="00F657AC" w:rsidRPr="00BC0173" w:rsidRDefault="00000000" w:rsidP="00FD05E1">
      <w:pPr>
        <w:spacing w:after="0"/>
        <w:rPr>
          <w:lang w:val="ru-RU"/>
        </w:rPr>
      </w:pPr>
      <w:r w:rsidRPr="00BC0173">
        <w:rPr>
          <w:b/>
          <w:lang w:val="ru-RU"/>
        </w:rPr>
        <w:t>Цели обработки</w:t>
      </w:r>
    </w:p>
    <w:p w14:paraId="34DF25A0" w14:textId="77777777" w:rsidR="00F657AC" w:rsidRPr="00BC0173" w:rsidRDefault="00000000" w:rsidP="00FD05E1">
      <w:pPr>
        <w:spacing w:after="0"/>
        <w:ind w:firstLine="720"/>
        <w:jc w:val="both"/>
        <w:rPr>
          <w:lang w:val="ru-RU"/>
        </w:rPr>
      </w:pPr>
      <w:r w:rsidRPr="00BC0173">
        <w:rPr>
          <w:lang w:val="ru-RU"/>
        </w:rPr>
        <w:t>Заключение и исполнение договора об образовании на обучение по дополнительной образовательной программе.</w:t>
      </w:r>
    </w:p>
    <w:p w14:paraId="6FB3323B" w14:textId="77777777" w:rsidR="00F657AC" w:rsidRPr="00BC0173" w:rsidRDefault="00000000" w:rsidP="00FD05E1">
      <w:pPr>
        <w:spacing w:after="0"/>
        <w:ind w:firstLine="720"/>
        <w:jc w:val="both"/>
        <w:rPr>
          <w:lang w:val="ru-RU"/>
        </w:rPr>
      </w:pPr>
      <w:r w:rsidRPr="00BC0173">
        <w:rPr>
          <w:lang w:val="ru-RU"/>
        </w:rPr>
        <w:t>Организация и осуществление образовательной деятельности, учёт результатов обучения.</w:t>
      </w:r>
    </w:p>
    <w:p w14:paraId="489AE9BC" w14:textId="77777777" w:rsidR="00F657AC" w:rsidRPr="00BC0173" w:rsidRDefault="00000000" w:rsidP="00FD05E1">
      <w:pPr>
        <w:spacing w:after="0"/>
        <w:ind w:firstLine="720"/>
        <w:jc w:val="both"/>
        <w:rPr>
          <w:lang w:val="ru-RU"/>
        </w:rPr>
      </w:pPr>
      <w:r w:rsidRPr="00BC0173">
        <w:rPr>
          <w:lang w:val="ru-RU"/>
        </w:rPr>
        <w:t>Оформление и выдача документа об обучении, внесение сведений в федеральную информационную систему «Федеральный реестр сведений о документах об образовании и (или) о квалификации, документах об обучении».</w:t>
      </w:r>
    </w:p>
    <w:p w14:paraId="7A05A523" w14:textId="77777777" w:rsidR="00F657AC" w:rsidRPr="00BC0173" w:rsidRDefault="00000000" w:rsidP="00FD05E1">
      <w:pPr>
        <w:spacing w:after="0"/>
        <w:ind w:firstLine="720"/>
        <w:jc w:val="both"/>
        <w:rPr>
          <w:lang w:val="ru-RU"/>
        </w:rPr>
      </w:pPr>
      <w:r w:rsidRPr="00BC0173">
        <w:rPr>
          <w:lang w:val="ru-RU"/>
        </w:rPr>
        <w:t>Ведение бухгалтерского и налогового учёта, оформление документов об оплате.</w:t>
      </w:r>
    </w:p>
    <w:p w14:paraId="459D39BC" w14:textId="77777777" w:rsidR="00F657AC" w:rsidRPr="00BC0173" w:rsidRDefault="00000000" w:rsidP="00FD05E1">
      <w:pPr>
        <w:spacing w:after="0"/>
        <w:ind w:firstLine="720"/>
        <w:jc w:val="both"/>
        <w:rPr>
          <w:lang w:val="ru-RU"/>
        </w:rPr>
      </w:pPr>
      <w:r w:rsidRPr="00BC0173">
        <w:rPr>
          <w:lang w:val="ru-RU"/>
        </w:rPr>
        <w:t>Информирование о ходе обучения.</w:t>
      </w:r>
    </w:p>
    <w:p w14:paraId="3BBCAB40" w14:textId="77777777" w:rsidR="00F657AC" w:rsidRPr="00BC0173" w:rsidRDefault="00000000" w:rsidP="00FD05E1">
      <w:pPr>
        <w:spacing w:after="0"/>
        <w:rPr>
          <w:lang w:val="ru-RU"/>
        </w:rPr>
      </w:pPr>
      <w:r w:rsidRPr="00BC0173">
        <w:rPr>
          <w:b/>
          <w:lang w:val="ru-RU"/>
        </w:rPr>
        <w:t>Перечень действий с персональными данными</w:t>
      </w:r>
    </w:p>
    <w:p w14:paraId="50029ACE" w14:textId="77777777" w:rsidR="00F657AC" w:rsidRPr="00BC0173" w:rsidRDefault="00000000" w:rsidP="00FD05E1">
      <w:pPr>
        <w:spacing w:after="0"/>
        <w:ind w:firstLine="720"/>
        <w:jc w:val="both"/>
        <w:rPr>
          <w:lang w:val="ru-RU"/>
        </w:rPr>
      </w:pPr>
      <w:r w:rsidRPr="00BC0173">
        <w:rPr>
          <w:lang w:val="ru-RU"/>
        </w:rPr>
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</w:r>
    </w:p>
    <w:p w14:paraId="0EF9A189" w14:textId="77777777" w:rsidR="00F657AC" w:rsidRPr="00BC0173" w:rsidRDefault="00000000" w:rsidP="00FD05E1">
      <w:pPr>
        <w:spacing w:after="0"/>
        <w:ind w:firstLine="720"/>
        <w:jc w:val="both"/>
        <w:rPr>
          <w:lang w:val="ru-RU"/>
        </w:rPr>
      </w:pPr>
      <w:r w:rsidRPr="00BC0173">
        <w:rPr>
          <w:lang w:val="ru-RU"/>
        </w:rPr>
        <w:t>Обработка осуществляется как с использованием средств автоматизации, так и без их использования.</w:t>
      </w:r>
    </w:p>
    <w:p w14:paraId="19B6D04D" w14:textId="77777777" w:rsidR="00F657AC" w:rsidRPr="00BC0173" w:rsidRDefault="00000000" w:rsidP="00FD05E1">
      <w:pPr>
        <w:spacing w:after="0"/>
        <w:rPr>
          <w:lang w:val="ru-RU"/>
        </w:rPr>
      </w:pPr>
      <w:r w:rsidRPr="00BC0173">
        <w:rPr>
          <w:b/>
          <w:lang w:val="ru-RU"/>
        </w:rPr>
        <w:t>Срок действия согласия</w:t>
      </w:r>
    </w:p>
    <w:p w14:paraId="1561D10C" w14:textId="77777777" w:rsidR="00F657AC" w:rsidRPr="00BC0173" w:rsidRDefault="00000000" w:rsidP="00FD05E1">
      <w:pPr>
        <w:spacing w:after="0"/>
        <w:ind w:firstLine="720"/>
        <w:jc w:val="both"/>
        <w:rPr>
          <w:lang w:val="ru-RU"/>
        </w:rPr>
      </w:pPr>
      <w:r w:rsidRPr="00BC0173">
        <w:rPr>
          <w:lang w:val="ru-RU"/>
        </w:rPr>
        <w:t>Согласие действует с даты его подписания в течение срока действия договора об образовании и в течение срока хранения документов, установленного законодательством Российской Федерации.</w:t>
      </w:r>
    </w:p>
    <w:p w14:paraId="649D803D" w14:textId="77777777" w:rsidR="00F657AC" w:rsidRPr="00BC0173" w:rsidRDefault="00000000" w:rsidP="00FD05E1">
      <w:pPr>
        <w:spacing w:after="0"/>
        <w:ind w:firstLine="720"/>
        <w:jc w:val="both"/>
        <w:rPr>
          <w:lang w:val="ru-RU"/>
        </w:rPr>
      </w:pPr>
      <w:r w:rsidRPr="00BC0173">
        <w:rPr>
          <w:lang w:val="ru-RU"/>
        </w:rPr>
        <w:t xml:space="preserve">Согласие может быть отозвано путём направления письменного заявления по адресу </w:t>
      </w:r>
      <w:r>
        <w:t>expert</w:t>
      </w:r>
      <w:r w:rsidRPr="00BC0173">
        <w:rPr>
          <w:lang w:val="ru-RU"/>
        </w:rPr>
        <w:t>-</w:t>
      </w:r>
      <w:r>
        <w:t>education</w:t>
      </w:r>
      <w:r w:rsidRPr="00BC0173">
        <w:rPr>
          <w:lang w:val="ru-RU"/>
        </w:rPr>
        <w:t>@</w:t>
      </w:r>
      <w:r>
        <w:t>mail</w:t>
      </w:r>
      <w:r w:rsidRPr="00BC0173">
        <w:rPr>
          <w:lang w:val="ru-RU"/>
        </w:rPr>
        <w:t>.</w:t>
      </w:r>
      <w:proofErr w:type="spellStart"/>
      <w:r>
        <w:t>ru</w:t>
      </w:r>
      <w:proofErr w:type="spellEnd"/>
      <w:r w:rsidRPr="00BC0173">
        <w:rPr>
          <w:lang w:val="ru-RU"/>
        </w:rPr>
        <w:t>. Отзыв согласия не влечёт прекращения обработки данных, обработка которых обязательна в силу закона.</w:t>
      </w:r>
    </w:p>
    <w:p w14:paraId="3AF9FDF7" w14:textId="77777777" w:rsidR="00BC0173" w:rsidRDefault="00BC0173" w:rsidP="00FD05E1">
      <w:pPr>
        <w:spacing w:after="0"/>
        <w:rPr>
          <w:b/>
          <w:lang w:val="ru-RU"/>
        </w:rPr>
      </w:pPr>
    </w:p>
    <w:p w14:paraId="00A9488C" w14:textId="77777777" w:rsidR="00BC0173" w:rsidRDefault="00BC0173" w:rsidP="00FD05E1">
      <w:pPr>
        <w:spacing w:after="0"/>
        <w:rPr>
          <w:b/>
          <w:lang w:val="ru-RU"/>
        </w:rPr>
      </w:pPr>
    </w:p>
    <w:p w14:paraId="043F6973" w14:textId="2CC05771" w:rsidR="00F657AC" w:rsidRPr="00FD05E1" w:rsidRDefault="00BC0173" w:rsidP="00FD05E1">
      <w:pPr>
        <w:spacing w:after="0"/>
        <w:rPr>
          <w:lang w:val="ru-RU"/>
        </w:rPr>
      </w:pPr>
      <w:r>
        <w:rPr>
          <w:b/>
          <w:lang w:val="ru-RU"/>
        </w:rPr>
        <w:t xml:space="preserve">Дата: </w:t>
      </w:r>
      <w:r w:rsidRPr="009E7B50">
        <w:rPr>
          <w:lang w:val="ru-RU"/>
        </w:rPr>
        <w:t>«___» ______________ 20___ г.</w:t>
      </w:r>
      <w:r>
        <w:rPr>
          <w:b/>
          <w:lang w:val="ru-RU"/>
        </w:rPr>
        <w:tab/>
      </w:r>
      <w:r w:rsidRPr="009E7B50">
        <w:rPr>
          <w:b/>
          <w:lang w:val="ru-RU"/>
        </w:rPr>
        <w:t>Подпись</w:t>
      </w:r>
      <w:r>
        <w:rPr>
          <w:b/>
          <w:lang w:val="ru-RU"/>
        </w:rPr>
        <w:t>:</w:t>
      </w:r>
      <w:r w:rsidRPr="009E7B50">
        <w:rPr>
          <w:lang w:val="ru-RU"/>
        </w:rPr>
        <w:t xml:space="preserve"> ______________ / ___________________ /</w:t>
      </w:r>
    </w:p>
    <w:sectPr w:rsidR="00F657AC" w:rsidRPr="00FD05E1" w:rsidSect="00D46091">
      <w:pgSz w:w="12240" w:h="15840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40351769">
    <w:abstractNumId w:val="8"/>
  </w:num>
  <w:num w:numId="2" w16cid:durableId="1194927023">
    <w:abstractNumId w:val="6"/>
  </w:num>
  <w:num w:numId="3" w16cid:durableId="2133550401">
    <w:abstractNumId w:val="5"/>
  </w:num>
  <w:num w:numId="4" w16cid:durableId="1704939930">
    <w:abstractNumId w:val="4"/>
  </w:num>
  <w:num w:numId="5" w16cid:durableId="1366520207">
    <w:abstractNumId w:val="7"/>
  </w:num>
  <w:num w:numId="6" w16cid:durableId="1135949632">
    <w:abstractNumId w:val="3"/>
  </w:num>
  <w:num w:numId="7" w16cid:durableId="488331249">
    <w:abstractNumId w:val="2"/>
  </w:num>
  <w:num w:numId="8" w16cid:durableId="1571042916">
    <w:abstractNumId w:val="1"/>
  </w:num>
  <w:num w:numId="9" w16cid:durableId="2047095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4E43"/>
    <w:rsid w:val="00034616"/>
    <w:rsid w:val="0006063C"/>
    <w:rsid w:val="0015074B"/>
    <w:rsid w:val="0029639D"/>
    <w:rsid w:val="00326F90"/>
    <w:rsid w:val="007F49A0"/>
    <w:rsid w:val="00AA1D8D"/>
    <w:rsid w:val="00B47730"/>
    <w:rsid w:val="00BC0173"/>
    <w:rsid w:val="00CB0664"/>
    <w:rsid w:val="00D46091"/>
    <w:rsid w:val="00F657AC"/>
    <w:rsid w:val="00FC693F"/>
    <w:rsid w:val="00FD0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29597B"/>
  <w14:defaultImageDpi w14:val="300"/>
  <w15:docId w15:val="{C839E078-55BA-43C3-8CD4-8A18FD9CF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/>
    </w:pPr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keen keen</cp:lastModifiedBy>
  <cp:revision>4</cp:revision>
  <dcterms:created xsi:type="dcterms:W3CDTF">2013-12-23T23:15:00Z</dcterms:created>
  <dcterms:modified xsi:type="dcterms:W3CDTF">2026-08-10T06:23:00Z</dcterms:modified>
  <cp:category/>
</cp:coreProperties>
</file>